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06FD8" w14:textId="1B2BA3C2" w:rsidR="00291E9A" w:rsidRDefault="0057641B" w:rsidP="00EF3A55">
      <w:pPr>
        <w:keepNext/>
        <w:spacing w:after="0" w:line="240" w:lineRule="auto"/>
        <w:jc w:val="center"/>
        <w:rPr>
          <w:i/>
          <w:color w:val="1B3754"/>
          <w:sz w:val="23"/>
          <w:lang w:val="kk-KZ"/>
        </w:rPr>
      </w:pPr>
      <w:r>
        <w:rPr>
          <w:i/>
          <w:noProof/>
          <w:color w:val="1B3754"/>
          <w:sz w:val="23"/>
          <w:lang w:val="kk-KZ"/>
        </w:rPr>
        <w:drawing>
          <wp:inline distT="0" distB="0" distL="0" distR="0" wp14:anchorId="6F82D611" wp14:editId="51048266">
            <wp:extent cx="341630" cy="341630"/>
            <wp:effectExtent l="0" t="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inline>
        </w:drawing>
      </w:r>
    </w:p>
    <w:p w14:paraId="6C62C5E6" w14:textId="77777777" w:rsidR="00291E9A" w:rsidRPr="00291E9A" w:rsidRDefault="00291E9A" w:rsidP="0057641B">
      <w:pPr>
        <w:keepNext/>
        <w:spacing w:after="0" w:line="240" w:lineRule="auto"/>
        <w:jc w:val="center"/>
        <w:rPr>
          <w:i/>
          <w:color w:val="1B3754"/>
          <w:sz w:val="23"/>
          <w:lang w:val="kk-KZ"/>
        </w:rPr>
      </w:pPr>
    </w:p>
    <w:p w14:paraId="7225625D" w14:textId="3DDF21CC" w:rsidR="00291E9A" w:rsidRPr="00850D84" w:rsidRDefault="00291E9A" w:rsidP="0057641B">
      <w:pPr>
        <w:keepNext/>
        <w:spacing w:after="0" w:line="240" w:lineRule="auto"/>
        <w:jc w:val="center"/>
        <w:rPr>
          <w:rFonts w:ascii="Times New Roman" w:hAnsi="Times New Roman" w:cs="Times New Roman"/>
          <w:b/>
          <w:sz w:val="24"/>
          <w:szCs w:val="24"/>
          <w:lang w:val="kk-KZ"/>
        </w:rPr>
      </w:pPr>
      <w:r w:rsidRPr="00850D84">
        <w:rPr>
          <w:rFonts w:ascii="Times New Roman" w:hAnsi="Times New Roman" w:cs="Times New Roman"/>
          <w:b/>
          <w:sz w:val="24"/>
          <w:szCs w:val="24"/>
          <w:lang w:val="kk-KZ"/>
        </w:rPr>
        <w:t>БАСПАСӨЗ ХАБАРЛАМАСЫ</w:t>
      </w:r>
    </w:p>
    <w:p w14:paraId="4691E9DE" w14:textId="77777777" w:rsidR="00291E9A" w:rsidRPr="00850D84" w:rsidRDefault="006D0D7D" w:rsidP="0057641B">
      <w:pPr>
        <w:keepNext/>
        <w:spacing w:after="0" w:line="240" w:lineRule="auto"/>
        <w:jc w:val="center"/>
        <w:rPr>
          <w:rFonts w:ascii="Times New Roman" w:hAnsi="Times New Roman" w:cs="Times New Roman"/>
          <w:b/>
          <w:sz w:val="24"/>
          <w:szCs w:val="24"/>
          <w:lang w:val="kk-KZ"/>
        </w:rPr>
      </w:pPr>
      <w:r w:rsidRPr="00850D84">
        <w:rPr>
          <w:rFonts w:ascii="Times New Roman" w:hAnsi="Times New Roman" w:cs="Times New Roman"/>
          <w:b/>
          <w:sz w:val="24"/>
          <w:szCs w:val="24"/>
          <w:lang w:val="kk-KZ"/>
        </w:rPr>
        <w:t>Қостанай облысының құрылғанына 90 жыл толуына арналған</w:t>
      </w:r>
      <w:r w:rsidRPr="00850D84">
        <w:rPr>
          <w:rFonts w:ascii="Times New Roman" w:hAnsi="Times New Roman" w:cs="Times New Roman"/>
          <w:b/>
          <w:sz w:val="24"/>
          <w:szCs w:val="24"/>
          <w:lang w:val="kk-KZ"/>
        </w:rPr>
        <w:br/>
        <w:t xml:space="preserve">«Өнеріміз саған, Қазақстан!» </w:t>
      </w:r>
    </w:p>
    <w:p w14:paraId="358F2ECF" w14:textId="77777777" w:rsidR="00850D84" w:rsidRPr="00850D84" w:rsidRDefault="006D0D7D" w:rsidP="0057641B">
      <w:pPr>
        <w:keepNext/>
        <w:spacing w:after="0" w:line="240" w:lineRule="auto"/>
        <w:jc w:val="center"/>
        <w:rPr>
          <w:rFonts w:ascii="Times New Roman" w:hAnsi="Times New Roman" w:cs="Times New Roman"/>
          <w:b/>
          <w:sz w:val="24"/>
          <w:szCs w:val="24"/>
          <w:lang w:val="kk-KZ"/>
        </w:rPr>
      </w:pPr>
      <w:r w:rsidRPr="00850D84">
        <w:rPr>
          <w:rFonts w:ascii="Times New Roman" w:hAnsi="Times New Roman" w:cs="Times New Roman"/>
          <w:b/>
          <w:sz w:val="24"/>
          <w:szCs w:val="24"/>
          <w:lang w:val="kk-KZ"/>
        </w:rPr>
        <w:t xml:space="preserve">XXXVIII облыстық көркемөнерпаздардың халық шығармашылығы </w:t>
      </w:r>
    </w:p>
    <w:p w14:paraId="4749A1C4" w14:textId="1F31B17B" w:rsidR="00291E9A" w:rsidRPr="00850D84" w:rsidRDefault="006D0D7D" w:rsidP="0057641B">
      <w:pPr>
        <w:keepNext/>
        <w:spacing w:after="0" w:line="240" w:lineRule="auto"/>
        <w:jc w:val="center"/>
        <w:rPr>
          <w:rFonts w:ascii="Times New Roman" w:hAnsi="Times New Roman" w:cs="Times New Roman"/>
          <w:b/>
          <w:sz w:val="24"/>
          <w:szCs w:val="24"/>
          <w:lang w:val="kk-KZ"/>
        </w:rPr>
      </w:pPr>
      <w:r w:rsidRPr="00850D84">
        <w:rPr>
          <w:rFonts w:ascii="Times New Roman" w:hAnsi="Times New Roman" w:cs="Times New Roman"/>
          <w:b/>
          <w:sz w:val="24"/>
          <w:szCs w:val="24"/>
          <w:lang w:val="kk-KZ"/>
        </w:rPr>
        <w:t xml:space="preserve">байқау-фестивалі қатысушылары мен жеңімпаздарының </w:t>
      </w:r>
    </w:p>
    <w:p w14:paraId="14CEB85C" w14:textId="0C143FB5" w:rsidR="004409D3" w:rsidRPr="00850D84" w:rsidRDefault="006D0D7D" w:rsidP="0057641B">
      <w:pPr>
        <w:keepNext/>
        <w:spacing w:after="0" w:line="240" w:lineRule="auto"/>
        <w:jc w:val="center"/>
        <w:rPr>
          <w:rFonts w:ascii="Times New Roman" w:hAnsi="Times New Roman" w:cs="Times New Roman"/>
          <w:b/>
          <w:sz w:val="24"/>
          <w:szCs w:val="24"/>
          <w:lang w:val="kk-KZ"/>
        </w:rPr>
      </w:pPr>
      <w:r w:rsidRPr="00850D84">
        <w:rPr>
          <w:rFonts w:ascii="Times New Roman" w:hAnsi="Times New Roman" w:cs="Times New Roman"/>
          <w:b/>
          <w:sz w:val="24"/>
          <w:szCs w:val="24"/>
          <w:lang w:val="kk-KZ"/>
        </w:rPr>
        <w:t>гала-концерті</w:t>
      </w:r>
    </w:p>
    <w:p w14:paraId="7FDCB27B" w14:textId="77777777" w:rsidR="00291E9A" w:rsidRPr="00850D84" w:rsidRDefault="00291E9A" w:rsidP="0057641B">
      <w:pPr>
        <w:keepNext/>
        <w:spacing w:after="0" w:line="240" w:lineRule="auto"/>
        <w:jc w:val="center"/>
        <w:rPr>
          <w:rFonts w:ascii="Times New Roman" w:hAnsi="Times New Roman" w:cs="Times New Roman"/>
          <w:sz w:val="24"/>
          <w:szCs w:val="24"/>
          <w:lang w:val="kk-KZ"/>
        </w:rPr>
      </w:pPr>
    </w:p>
    <w:p w14:paraId="7887DB19" w14:textId="77777777" w:rsidR="00850D84" w:rsidRPr="00850D84" w:rsidRDefault="00850D84" w:rsidP="0057641B">
      <w:pPr>
        <w:keepLines/>
        <w:spacing w:after="0" w:line="240" w:lineRule="auto"/>
        <w:rPr>
          <w:rFonts w:ascii="Times New Roman" w:hAnsi="Times New Roman" w:cs="Times New Roman"/>
          <w:b/>
          <w:sz w:val="24"/>
          <w:szCs w:val="24"/>
          <w:lang w:val="kk-KZ"/>
        </w:rPr>
      </w:pPr>
    </w:p>
    <w:p w14:paraId="3DADDD33" w14:textId="1BA88F80" w:rsidR="00850D84" w:rsidRPr="00850D84" w:rsidRDefault="00850D84" w:rsidP="0057641B">
      <w:pPr>
        <w:keepLines/>
        <w:spacing w:after="0" w:line="240" w:lineRule="auto"/>
        <w:rPr>
          <w:rFonts w:ascii="Times New Roman" w:hAnsi="Times New Roman" w:cs="Times New Roman"/>
          <w:b/>
          <w:sz w:val="24"/>
          <w:szCs w:val="24"/>
          <w:lang w:val="kk-KZ"/>
        </w:rPr>
      </w:pPr>
      <w:r w:rsidRPr="00850D84">
        <w:rPr>
          <w:rFonts w:ascii="Times New Roman" w:hAnsi="Times New Roman" w:cs="Times New Roman"/>
          <w:b/>
          <w:sz w:val="24"/>
          <w:szCs w:val="24"/>
          <w:lang w:val="kk-KZ"/>
        </w:rPr>
        <w:t>Өтетін күні</w:t>
      </w:r>
      <w:r>
        <w:rPr>
          <w:rFonts w:ascii="Times New Roman" w:hAnsi="Times New Roman" w:cs="Times New Roman"/>
          <w:b/>
          <w:sz w:val="24"/>
          <w:szCs w:val="24"/>
          <w:lang w:val="kk-KZ"/>
        </w:rPr>
        <w:t xml:space="preserve"> мен уақыты</w:t>
      </w:r>
      <w:r w:rsidRPr="00850D84">
        <w:rPr>
          <w:rFonts w:ascii="Times New Roman" w:hAnsi="Times New Roman" w:cs="Times New Roman"/>
          <w:b/>
          <w:sz w:val="24"/>
          <w:szCs w:val="24"/>
          <w:lang w:val="kk-KZ"/>
        </w:rPr>
        <w:t xml:space="preserve">: </w:t>
      </w:r>
      <w:r w:rsidRPr="00850D84">
        <w:rPr>
          <w:rFonts w:ascii="Times New Roman" w:hAnsi="Times New Roman" w:cs="Times New Roman"/>
          <w:sz w:val="24"/>
          <w:szCs w:val="24"/>
          <w:lang w:val="kk-KZ"/>
        </w:rPr>
        <w:t>1 тамыз</w:t>
      </w:r>
      <w:r>
        <w:rPr>
          <w:rFonts w:ascii="Times New Roman" w:hAnsi="Times New Roman" w:cs="Times New Roman"/>
          <w:sz w:val="24"/>
          <w:szCs w:val="24"/>
          <w:lang w:val="kk-KZ"/>
        </w:rPr>
        <w:t xml:space="preserve"> сағат 18:00.</w:t>
      </w:r>
    </w:p>
    <w:p w14:paraId="1E6E0C74" w14:textId="0E936468" w:rsidR="004409D3" w:rsidRPr="00850D84" w:rsidRDefault="006D0D7D" w:rsidP="0057641B">
      <w:pPr>
        <w:keepLines/>
        <w:spacing w:after="0" w:line="240" w:lineRule="auto"/>
        <w:rPr>
          <w:rFonts w:ascii="Times New Roman" w:hAnsi="Times New Roman" w:cs="Times New Roman"/>
          <w:b/>
          <w:sz w:val="24"/>
          <w:szCs w:val="24"/>
          <w:lang w:val="kk-KZ"/>
        </w:rPr>
      </w:pPr>
      <w:r w:rsidRPr="00850D84">
        <w:rPr>
          <w:rFonts w:ascii="Times New Roman" w:hAnsi="Times New Roman" w:cs="Times New Roman"/>
          <w:b/>
          <w:sz w:val="24"/>
          <w:szCs w:val="24"/>
          <w:lang w:val="kk-KZ"/>
        </w:rPr>
        <w:t xml:space="preserve">Өтетін орны: </w:t>
      </w:r>
      <w:bookmarkStart w:id="0" w:name="_Hlk236144936"/>
      <w:r w:rsidRPr="00850D84">
        <w:rPr>
          <w:rFonts w:ascii="Times New Roman" w:hAnsi="Times New Roman" w:cs="Times New Roman"/>
          <w:sz w:val="24"/>
          <w:szCs w:val="24"/>
          <w:lang w:val="kk-KZ"/>
        </w:rPr>
        <w:t>Қостанай қаласы, Орталық алаң</w:t>
      </w:r>
      <w:bookmarkEnd w:id="0"/>
      <w:r w:rsidR="00850D84">
        <w:rPr>
          <w:rFonts w:ascii="Times New Roman" w:hAnsi="Times New Roman" w:cs="Times New Roman"/>
          <w:sz w:val="24"/>
          <w:szCs w:val="24"/>
          <w:lang w:val="kk-KZ"/>
        </w:rPr>
        <w:t>.</w:t>
      </w:r>
    </w:p>
    <w:p w14:paraId="4D8EC0A5" w14:textId="77777777" w:rsidR="00741126" w:rsidRPr="00850D84" w:rsidRDefault="00741126" w:rsidP="0057641B">
      <w:pPr>
        <w:keepLines/>
        <w:spacing w:after="0" w:line="240" w:lineRule="auto"/>
        <w:rPr>
          <w:rFonts w:ascii="Times New Roman" w:hAnsi="Times New Roman" w:cs="Times New Roman"/>
          <w:sz w:val="24"/>
          <w:szCs w:val="24"/>
          <w:lang w:val="kk-KZ"/>
        </w:rPr>
      </w:pPr>
    </w:p>
    <w:p w14:paraId="03F4D358" w14:textId="5C7AE05C" w:rsidR="00850D84" w:rsidRPr="00EF3A55" w:rsidRDefault="00850D84" w:rsidP="00850D84">
      <w:pPr>
        <w:keepLines/>
        <w:spacing w:after="0" w:line="240" w:lineRule="auto"/>
        <w:jc w:val="center"/>
        <w:rPr>
          <w:rFonts w:ascii="Times New Roman" w:hAnsi="Times New Roman" w:cs="Times New Roman"/>
          <w:b/>
          <w:i/>
          <w:sz w:val="24"/>
          <w:szCs w:val="24"/>
          <w:lang w:val="kk-KZ"/>
        </w:rPr>
      </w:pPr>
      <w:r w:rsidRPr="00EF3A55">
        <w:rPr>
          <w:rFonts w:ascii="Times New Roman" w:hAnsi="Times New Roman" w:cs="Times New Roman"/>
          <w:b/>
          <w:i/>
          <w:sz w:val="24"/>
          <w:szCs w:val="24"/>
          <w:lang w:val="kk-KZ"/>
        </w:rPr>
        <w:t>2026 жылғы 1 тамыз күні Қостанай қаласының Орталық алаңында</w:t>
      </w:r>
    </w:p>
    <w:p w14:paraId="09D0D1CA" w14:textId="77777777" w:rsidR="00850D84" w:rsidRPr="00EF3A55" w:rsidRDefault="00850D84" w:rsidP="00850D84">
      <w:pPr>
        <w:keepLines/>
        <w:spacing w:after="0" w:line="240" w:lineRule="auto"/>
        <w:jc w:val="center"/>
        <w:rPr>
          <w:rFonts w:ascii="Times New Roman" w:hAnsi="Times New Roman" w:cs="Times New Roman"/>
          <w:b/>
          <w:i/>
          <w:sz w:val="24"/>
          <w:szCs w:val="24"/>
          <w:lang w:val="kk-KZ"/>
        </w:rPr>
      </w:pPr>
      <w:r w:rsidRPr="00EF3A55">
        <w:rPr>
          <w:rFonts w:ascii="Times New Roman" w:hAnsi="Times New Roman" w:cs="Times New Roman"/>
          <w:b/>
          <w:i/>
          <w:sz w:val="24"/>
          <w:szCs w:val="24"/>
          <w:lang w:val="kk-KZ"/>
        </w:rPr>
        <w:t>Қостанай облысының құрылғанына 90 жыл толуына арналған</w:t>
      </w:r>
    </w:p>
    <w:p w14:paraId="2B0CECAE" w14:textId="04FC1A2B" w:rsidR="00850D84" w:rsidRPr="00EF3A55" w:rsidRDefault="00850D84" w:rsidP="00850D84">
      <w:pPr>
        <w:keepLines/>
        <w:spacing w:after="0" w:line="240" w:lineRule="auto"/>
        <w:jc w:val="center"/>
        <w:rPr>
          <w:rFonts w:ascii="Times New Roman" w:hAnsi="Times New Roman" w:cs="Times New Roman"/>
          <w:b/>
          <w:i/>
          <w:sz w:val="24"/>
          <w:szCs w:val="24"/>
          <w:lang w:val="kk-KZ"/>
        </w:rPr>
      </w:pPr>
      <w:r w:rsidRPr="00EF3A55">
        <w:rPr>
          <w:rFonts w:ascii="Times New Roman" w:hAnsi="Times New Roman" w:cs="Times New Roman"/>
          <w:b/>
          <w:i/>
          <w:sz w:val="24"/>
          <w:szCs w:val="24"/>
          <w:lang w:val="kk-KZ"/>
        </w:rPr>
        <w:t>«Өнеріміз саған, Қазақстан!»</w:t>
      </w:r>
    </w:p>
    <w:p w14:paraId="29E08ED4" w14:textId="568488C9" w:rsidR="00850D84" w:rsidRPr="00EF3A55" w:rsidRDefault="00850D84" w:rsidP="00850D84">
      <w:pPr>
        <w:keepLines/>
        <w:spacing w:after="0" w:line="240" w:lineRule="auto"/>
        <w:jc w:val="center"/>
        <w:rPr>
          <w:rFonts w:ascii="Times New Roman" w:hAnsi="Times New Roman" w:cs="Times New Roman"/>
          <w:b/>
          <w:i/>
          <w:sz w:val="24"/>
          <w:szCs w:val="24"/>
          <w:lang w:val="kk-KZ"/>
        </w:rPr>
      </w:pPr>
      <w:r w:rsidRPr="00EF3A55">
        <w:rPr>
          <w:rFonts w:ascii="Times New Roman" w:hAnsi="Times New Roman" w:cs="Times New Roman"/>
          <w:b/>
          <w:i/>
          <w:sz w:val="24"/>
          <w:szCs w:val="24"/>
          <w:lang w:val="kk-KZ"/>
        </w:rPr>
        <w:t>XXXVIII облыстық көркемөнерпаздардың халық шығармашылығы</w:t>
      </w:r>
    </w:p>
    <w:p w14:paraId="26D416A9" w14:textId="35806475" w:rsidR="00850D84" w:rsidRPr="00EF3A55" w:rsidRDefault="00850D84" w:rsidP="00850D84">
      <w:pPr>
        <w:keepLines/>
        <w:spacing w:after="0" w:line="240" w:lineRule="auto"/>
        <w:jc w:val="center"/>
        <w:rPr>
          <w:rFonts w:ascii="Times New Roman" w:hAnsi="Times New Roman" w:cs="Times New Roman"/>
          <w:b/>
          <w:i/>
          <w:sz w:val="24"/>
          <w:szCs w:val="24"/>
          <w:lang w:val="kk-KZ"/>
        </w:rPr>
      </w:pPr>
      <w:r w:rsidRPr="00EF3A55">
        <w:rPr>
          <w:rFonts w:ascii="Times New Roman" w:hAnsi="Times New Roman" w:cs="Times New Roman"/>
          <w:b/>
          <w:i/>
          <w:sz w:val="24"/>
          <w:szCs w:val="24"/>
          <w:lang w:val="kk-KZ"/>
        </w:rPr>
        <w:t>байқау-фестивалі қатысушылары мен жеңімпаздарының</w:t>
      </w:r>
    </w:p>
    <w:p w14:paraId="63D17254" w14:textId="679025AA" w:rsidR="00850D84" w:rsidRPr="00EF3A55" w:rsidRDefault="00850D84" w:rsidP="00850D84">
      <w:pPr>
        <w:keepLines/>
        <w:spacing w:after="0" w:line="240" w:lineRule="auto"/>
        <w:jc w:val="center"/>
        <w:rPr>
          <w:rFonts w:ascii="Times New Roman" w:hAnsi="Times New Roman" w:cs="Times New Roman"/>
          <w:b/>
          <w:i/>
          <w:sz w:val="24"/>
          <w:szCs w:val="24"/>
          <w:lang w:val="kk-KZ"/>
        </w:rPr>
      </w:pPr>
      <w:r w:rsidRPr="00EF3A55">
        <w:rPr>
          <w:rFonts w:ascii="Times New Roman" w:hAnsi="Times New Roman" w:cs="Times New Roman"/>
          <w:b/>
          <w:i/>
          <w:sz w:val="24"/>
          <w:szCs w:val="24"/>
          <w:lang w:val="kk-KZ"/>
        </w:rPr>
        <w:t>гала-концерті</w:t>
      </w:r>
      <w:r w:rsidR="00EF3A55" w:rsidRPr="00EF3A55">
        <w:rPr>
          <w:rFonts w:ascii="Times New Roman" w:hAnsi="Times New Roman" w:cs="Times New Roman"/>
          <w:b/>
          <w:i/>
          <w:sz w:val="24"/>
          <w:szCs w:val="24"/>
          <w:lang w:val="kk-KZ"/>
        </w:rPr>
        <w:t xml:space="preserve"> өткізіледі</w:t>
      </w:r>
    </w:p>
    <w:p w14:paraId="17E948A5" w14:textId="77777777" w:rsidR="00850D84" w:rsidRDefault="00850D84" w:rsidP="0057641B">
      <w:pPr>
        <w:keepLines/>
        <w:spacing w:after="0" w:line="240" w:lineRule="auto"/>
        <w:rPr>
          <w:rFonts w:ascii="Times New Roman" w:hAnsi="Times New Roman" w:cs="Times New Roman"/>
          <w:b/>
          <w:sz w:val="24"/>
          <w:szCs w:val="24"/>
          <w:lang w:val="kk-KZ"/>
        </w:rPr>
      </w:pPr>
    </w:p>
    <w:p w14:paraId="733C6370" w14:textId="77777777" w:rsidR="00EF3A55" w:rsidRDefault="00EF3A55" w:rsidP="00EF3A55">
      <w:pPr>
        <w:keepLines/>
        <w:spacing w:after="0" w:line="240" w:lineRule="auto"/>
        <w:ind w:firstLine="720"/>
        <w:jc w:val="both"/>
        <w:rPr>
          <w:rFonts w:ascii="Times New Roman" w:hAnsi="Times New Roman" w:cs="Times New Roman"/>
          <w:sz w:val="24"/>
          <w:szCs w:val="24"/>
          <w:lang w:val="kk-KZ"/>
        </w:rPr>
      </w:pPr>
      <w:r w:rsidRPr="00EF3A55">
        <w:rPr>
          <w:rFonts w:ascii="Times New Roman" w:hAnsi="Times New Roman" w:cs="Times New Roman"/>
          <w:sz w:val="24"/>
          <w:szCs w:val="24"/>
          <w:lang w:val="kk-KZ"/>
        </w:rPr>
        <w:t>2026 жылғы 1 тамыз күні Қостанай қаласын</w:t>
      </w:r>
      <w:r>
        <w:rPr>
          <w:rFonts w:ascii="Times New Roman" w:hAnsi="Times New Roman" w:cs="Times New Roman"/>
          <w:sz w:val="24"/>
          <w:szCs w:val="24"/>
          <w:lang w:val="kk-KZ"/>
        </w:rPr>
        <w:t xml:space="preserve">да </w:t>
      </w:r>
      <w:r w:rsidRPr="00EF3A55">
        <w:rPr>
          <w:rFonts w:ascii="Times New Roman" w:hAnsi="Times New Roman" w:cs="Times New Roman"/>
          <w:sz w:val="24"/>
          <w:szCs w:val="24"/>
          <w:lang w:val="kk-KZ"/>
        </w:rPr>
        <w:t>Қостанай облысының құрылғанына 90 жыл толуына арналған</w:t>
      </w:r>
      <w:r>
        <w:rPr>
          <w:rFonts w:ascii="Times New Roman" w:hAnsi="Times New Roman" w:cs="Times New Roman"/>
          <w:sz w:val="24"/>
          <w:szCs w:val="24"/>
          <w:lang w:val="kk-KZ"/>
        </w:rPr>
        <w:t xml:space="preserve"> </w:t>
      </w:r>
      <w:r w:rsidRPr="00EF3A55">
        <w:rPr>
          <w:rFonts w:ascii="Times New Roman" w:hAnsi="Times New Roman" w:cs="Times New Roman"/>
          <w:sz w:val="24"/>
          <w:szCs w:val="24"/>
          <w:lang w:val="kk-KZ"/>
        </w:rPr>
        <w:t>«Өнеріміз саған, Қазақстан!»</w:t>
      </w:r>
      <w:r>
        <w:rPr>
          <w:rFonts w:ascii="Times New Roman" w:hAnsi="Times New Roman" w:cs="Times New Roman"/>
          <w:sz w:val="24"/>
          <w:szCs w:val="24"/>
          <w:lang w:val="kk-KZ"/>
        </w:rPr>
        <w:t xml:space="preserve"> </w:t>
      </w:r>
      <w:r w:rsidRPr="00EF3A55">
        <w:rPr>
          <w:rFonts w:ascii="Times New Roman" w:hAnsi="Times New Roman" w:cs="Times New Roman"/>
          <w:sz w:val="24"/>
          <w:szCs w:val="24"/>
          <w:lang w:val="kk-KZ"/>
        </w:rPr>
        <w:t>XXXVIII облыстық көркемөнерпаздардың халық шығармашылығы</w:t>
      </w:r>
      <w:r>
        <w:rPr>
          <w:rFonts w:ascii="Times New Roman" w:hAnsi="Times New Roman" w:cs="Times New Roman"/>
          <w:sz w:val="24"/>
          <w:szCs w:val="24"/>
          <w:lang w:val="kk-KZ"/>
        </w:rPr>
        <w:t xml:space="preserve"> </w:t>
      </w:r>
      <w:r w:rsidRPr="00EF3A55">
        <w:rPr>
          <w:rFonts w:ascii="Times New Roman" w:hAnsi="Times New Roman" w:cs="Times New Roman"/>
          <w:sz w:val="24"/>
          <w:szCs w:val="24"/>
          <w:lang w:val="kk-KZ"/>
        </w:rPr>
        <w:t>байқау-фестивалі қатысушылары мен жеңімпаздарының</w:t>
      </w:r>
      <w:r>
        <w:rPr>
          <w:rFonts w:ascii="Times New Roman" w:hAnsi="Times New Roman" w:cs="Times New Roman"/>
          <w:sz w:val="24"/>
          <w:szCs w:val="24"/>
          <w:lang w:val="kk-KZ"/>
        </w:rPr>
        <w:t xml:space="preserve"> </w:t>
      </w:r>
      <w:r w:rsidRPr="00EF3A55">
        <w:rPr>
          <w:rFonts w:ascii="Times New Roman" w:hAnsi="Times New Roman" w:cs="Times New Roman"/>
          <w:sz w:val="24"/>
          <w:szCs w:val="24"/>
          <w:lang w:val="kk-KZ"/>
        </w:rPr>
        <w:t>гала-концерті өткізіледі</w:t>
      </w:r>
      <w:r>
        <w:rPr>
          <w:rFonts w:ascii="Times New Roman" w:hAnsi="Times New Roman" w:cs="Times New Roman"/>
          <w:sz w:val="24"/>
          <w:szCs w:val="24"/>
          <w:lang w:val="kk-KZ"/>
        </w:rPr>
        <w:t xml:space="preserve">. </w:t>
      </w:r>
    </w:p>
    <w:p w14:paraId="4E1DA819" w14:textId="77777777" w:rsidR="00EF3A55" w:rsidRPr="00EF3A55" w:rsidRDefault="00EF3A55" w:rsidP="00EF3A55">
      <w:pPr>
        <w:keepLines/>
        <w:spacing w:after="0" w:line="240" w:lineRule="auto"/>
        <w:ind w:firstLine="720"/>
        <w:jc w:val="both"/>
        <w:rPr>
          <w:rFonts w:ascii="Times New Roman" w:hAnsi="Times New Roman" w:cs="Times New Roman"/>
          <w:b/>
          <w:sz w:val="24"/>
          <w:szCs w:val="24"/>
          <w:lang w:val="kk-KZ"/>
        </w:rPr>
      </w:pPr>
      <w:r w:rsidRPr="00EF3A55">
        <w:rPr>
          <w:rFonts w:ascii="Times New Roman" w:hAnsi="Times New Roman" w:cs="Times New Roman"/>
          <w:b/>
          <w:sz w:val="24"/>
          <w:szCs w:val="24"/>
          <w:lang w:val="kk-KZ"/>
        </w:rPr>
        <w:t xml:space="preserve">Ұйымдастырушы: </w:t>
      </w:r>
    </w:p>
    <w:p w14:paraId="4A76DEED" w14:textId="771B864B" w:rsidR="00EF3A55" w:rsidRDefault="00EF3A55" w:rsidP="00EF3A55">
      <w:pPr>
        <w:keepLines/>
        <w:spacing w:after="0" w:line="240" w:lineRule="auto"/>
        <w:ind w:firstLine="720"/>
        <w:jc w:val="both"/>
        <w:rPr>
          <w:rFonts w:ascii="Times New Roman" w:hAnsi="Times New Roman" w:cs="Times New Roman"/>
          <w:sz w:val="24"/>
          <w:szCs w:val="24"/>
          <w:lang w:val="kk-KZ"/>
        </w:rPr>
      </w:pPr>
      <w:r w:rsidRPr="00EF3A55">
        <w:rPr>
          <w:rFonts w:ascii="Times New Roman" w:hAnsi="Times New Roman" w:cs="Times New Roman"/>
          <w:sz w:val="24"/>
          <w:szCs w:val="24"/>
          <w:lang w:val="kk-KZ"/>
        </w:rPr>
        <w:t xml:space="preserve">Қостанай облысы әкімдігінің мәдениет басқармасы.  </w:t>
      </w:r>
    </w:p>
    <w:p w14:paraId="75FBEB85" w14:textId="77777777" w:rsidR="00EF3A55" w:rsidRDefault="00EF3A55" w:rsidP="00EF3A55">
      <w:pPr>
        <w:keepLines/>
        <w:spacing w:after="0" w:line="240" w:lineRule="auto"/>
        <w:ind w:firstLine="720"/>
        <w:jc w:val="both"/>
        <w:rPr>
          <w:rFonts w:ascii="Times New Roman" w:hAnsi="Times New Roman" w:cs="Times New Roman"/>
          <w:sz w:val="24"/>
          <w:szCs w:val="24"/>
          <w:lang w:val="kk-KZ"/>
        </w:rPr>
      </w:pPr>
    </w:p>
    <w:p w14:paraId="37CD64AA" w14:textId="77777777" w:rsidR="0064604A" w:rsidRDefault="00EF3A55" w:rsidP="00EF3A55">
      <w:pPr>
        <w:keepLines/>
        <w:spacing w:after="0" w:line="240" w:lineRule="auto"/>
        <w:ind w:firstLine="720"/>
        <w:jc w:val="both"/>
        <w:rPr>
          <w:rFonts w:ascii="Times New Roman" w:hAnsi="Times New Roman" w:cs="Times New Roman"/>
          <w:sz w:val="24"/>
          <w:szCs w:val="24"/>
          <w:lang w:val="kk-KZ"/>
        </w:rPr>
      </w:pPr>
      <w:r w:rsidRPr="008D3048">
        <w:rPr>
          <w:rFonts w:ascii="Times New Roman" w:hAnsi="Times New Roman" w:cs="Times New Roman"/>
          <w:b/>
          <w:sz w:val="24"/>
          <w:szCs w:val="24"/>
          <w:lang w:val="kk-KZ"/>
        </w:rPr>
        <w:t>Іс-шараның басты мақсаты</w:t>
      </w:r>
      <w:r w:rsidR="008D3048">
        <w:rPr>
          <w:rFonts w:ascii="Times New Roman" w:hAnsi="Times New Roman" w:cs="Times New Roman"/>
          <w:sz w:val="24"/>
          <w:szCs w:val="24"/>
          <w:lang w:val="kk-KZ"/>
        </w:rPr>
        <w:t xml:space="preserve">: </w:t>
      </w:r>
    </w:p>
    <w:p w14:paraId="0485D235" w14:textId="44F2F5D2" w:rsidR="00EF3A55" w:rsidRPr="00EF3A55" w:rsidRDefault="00EF3A55" w:rsidP="00EF3A55">
      <w:pPr>
        <w:keepLines/>
        <w:spacing w:after="0" w:line="240" w:lineRule="auto"/>
        <w:ind w:firstLine="720"/>
        <w:jc w:val="both"/>
        <w:rPr>
          <w:rFonts w:ascii="Times New Roman" w:hAnsi="Times New Roman" w:cs="Times New Roman"/>
          <w:sz w:val="24"/>
          <w:szCs w:val="24"/>
          <w:lang w:val="kk-KZ"/>
        </w:rPr>
      </w:pPr>
      <w:r w:rsidRPr="00EF3A55">
        <w:rPr>
          <w:rFonts w:ascii="Times New Roman" w:hAnsi="Times New Roman" w:cs="Times New Roman"/>
          <w:sz w:val="24"/>
          <w:szCs w:val="24"/>
          <w:lang w:val="kk-KZ"/>
        </w:rPr>
        <w:t>халық шығармашылығын қолдау және дамыту, ұлттық мәдениет пен өнерді дәріптеу, өңірдегі талантты орындаушылар мен шығармашылық ұжымдардың жетістіктерін көпшілікке таныстыру.</w:t>
      </w:r>
      <w:r>
        <w:rPr>
          <w:rFonts w:ascii="Times New Roman" w:hAnsi="Times New Roman" w:cs="Times New Roman"/>
          <w:sz w:val="24"/>
          <w:szCs w:val="24"/>
          <w:lang w:val="kk-KZ"/>
        </w:rPr>
        <w:t xml:space="preserve"> </w:t>
      </w:r>
    </w:p>
    <w:p w14:paraId="7B04075F" w14:textId="232EAF11" w:rsidR="004409D3" w:rsidRDefault="004409D3" w:rsidP="0057641B">
      <w:pPr>
        <w:spacing w:after="0" w:line="240" w:lineRule="auto"/>
        <w:rPr>
          <w:rFonts w:ascii="Times New Roman" w:hAnsi="Times New Roman" w:cs="Times New Roman"/>
          <w:sz w:val="24"/>
          <w:szCs w:val="24"/>
          <w:lang w:val="kk-KZ"/>
        </w:rPr>
      </w:pPr>
    </w:p>
    <w:p w14:paraId="7A38E820" w14:textId="60412CE0" w:rsidR="00EF3A55" w:rsidRPr="00EF3A55" w:rsidRDefault="00EF3A55" w:rsidP="00EF3A55">
      <w:pPr>
        <w:spacing w:after="0" w:line="240" w:lineRule="auto"/>
        <w:ind w:firstLine="720"/>
        <w:jc w:val="both"/>
        <w:rPr>
          <w:rFonts w:ascii="Times New Roman" w:hAnsi="Times New Roman" w:cs="Times New Roman"/>
          <w:sz w:val="24"/>
          <w:szCs w:val="24"/>
          <w:lang w:val="kk-KZ"/>
        </w:rPr>
      </w:pPr>
      <w:r w:rsidRPr="00EF3A55">
        <w:rPr>
          <w:rFonts w:ascii="Times New Roman" w:hAnsi="Times New Roman" w:cs="Times New Roman"/>
          <w:sz w:val="24"/>
          <w:szCs w:val="24"/>
          <w:lang w:val="kk-KZ"/>
        </w:rPr>
        <w:t xml:space="preserve"> </w:t>
      </w:r>
      <w:r w:rsidRPr="00EF3A55">
        <w:rPr>
          <w:rFonts w:ascii="Times New Roman" w:hAnsi="Times New Roman" w:cs="Times New Roman"/>
          <w:sz w:val="24"/>
          <w:szCs w:val="24"/>
          <w:lang w:val="kk-KZ"/>
        </w:rPr>
        <w:t>«Өнеріміз саған, Қазақстан!» байқау-фестивалі – өңірдегі халық шығармашылығын дамытуға, талантты өнерпаздар мен шығармашылық ұжымдарды қолдауға бағытталған ауқымды мәдени жоба. Фестиваль Қостанай облысының қалалары мен аудандарындағы көркемөнерпаздар ұжымдарының басын қосып, олардың шығармашылық жетістіктерін кеңінен таныстыруға мүмкіндік береді.</w:t>
      </w:r>
      <w:r>
        <w:rPr>
          <w:rFonts w:ascii="Times New Roman" w:hAnsi="Times New Roman" w:cs="Times New Roman"/>
          <w:sz w:val="24"/>
          <w:szCs w:val="24"/>
          <w:lang w:val="kk-KZ"/>
        </w:rPr>
        <w:t xml:space="preserve"> </w:t>
      </w:r>
    </w:p>
    <w:p w14:paraId="742E092F" w14:textId="77777777" w:rsidR="00EF3A55" w:rsidRPr="00EF3A55" w:rsidRDefault="00EF3A55" w:rsidP="00EF3A55">
      <w:pPr>
        <w:spacing w:after="0" w:line="240" w:lineRule="auto"/>
        <w:ind w:firstLine="720"/>
        <w:jc w:val="both"/>
        <w:rPr>
          <w:rFonts w:ascii="Times New Roman" w:hAnsi="Times New Roman" w:cs="Times New Roman"/>
          <w:sz w:val="24"/>
          <w:szCs w:val="24"/>
          <w:lang w:val="kk-KZ"/>
        </w:rPr>
      </w:pPr>
      <w:r w:rsidRPr="00EF3A55">
        <w:rPr>
          <w:rFonts w:ascii="Times New Roman" w:hAnsi="Times New Roman" w:cs="Times New Roman"/>
          <w:sz w:val="24"/>
          <w:szCs w:val="24"/>
          <w:lang w:val="kk-KZ"/>
        </w:rPr>
        <w:t>Гала-концертте облыстың қалалары мен аудандарынан келген үздік көркемөнерпаздар, халықтық және үлгілі өнер ұжымдары, талантты әншілер мен бишілер, дәстүрлі және заманауи өнер өкілдері өнер көрсетеді.</w:t>
      </w:r>
    </w:p>
    <w:p w14:paraId="25235021" w14:textId="77777777" w:rsidR="00EF3A55" w:rsidRPr="00EF3A55" w:rsidRDefault="00EF3A55" w:rsidP="00EF3A55">
      <w:pPr>
        <w:spacing w:after="0" w:line="240" w:lineRule="auto"/>
        <w:ind w:firstLine="720"/>
        <w:jc w:val="both"/>
        <w:rPr>
          <w:rFonts w:ascii="Times New Roman" w:hAnsi="Times New Roman" w:cs="Times New Roman"/>
          <w:sz w:val="24"/>
          <w:szCs w:val="24"/>
          <w:lang w:val="kk-KZ"/>
        </w:rPr>
      </w:pPr>
      <w:r w:rsidRPr="00EF3A55">
        <w:rPr>
          <w:rFonts w:ascii="Times New Roman" w:hAnsi="Times New Roman" w:cs="Times New Roman"/>
          <w:sz w:val="24"/>
          <w:szCs w:val="24"/>
          <w:lang w:val="kk-KZ"/>
        </w:rPr>
        <w:t>Іс-шара барысында XXXVIII облыстық байқау-фестивальдің қорытындысы шығарылып, жүлдегерлер марапатталады.</w:t>
      </w:r>
    </w:p>
    <w:p w14:paraId="56C5C5CC" w14:textId="3F6375E4" w:rsidR="00EF3A55" w:rsidRPr="00EF3A55" w:rsidRDefault="00EF3A55" w:rsidP="00EF3A55">
      <w:pPr>
        <w:spacing w:after="0" w:line="240" w:lineRule="auto"/>
        <w:ind w:firstLine="720"/>
        <w:jc w:val="both"/>
        <w:rPr>
          <w:rFonts w:ascii="Times New Roman" w:hAnsi="Times New Roman" w:cs="Times New Roman"/>
          <w:sz w:val="24"/>
          <w:szCs w:val="24"/>
          <w:lang w:val="kk-KZ"/>
        </w:rPr>
      </w:pPr>
      <w:r w:rsidRPr="00EF3A55">
        <w:rPr>
          <w:rFonts w:ascii="Times New Roman" w:hAnsi="Times New Roman" w:cs="Times New Roman"/>
          <w:sz w:val="24"/>
          <w:szCs w:val="24"/>
          <w:lang w:val="kk-KZ"/>
        </w:rPr>
        <w:t>Мерекелік бағдарламада Қостанай өңірінің бай мәдени мұрасы, ұлттық өнердің сан қырлылығы мен облыс өнерпаздарының шығармашылық әлеуеті көрініс табады.</w:t>
      </w:r>
      <w:r>
        <w:rPr>
          <w:rFonts w:ascii="Times New Roman" w:hAnsi="Times New Roman" w:cs="Times New Roman"/>
          <w:sz w:val="24"/>
          <w:szCs w:val="24"/>
          <w:lang w:val="kk-KZ"/>
        </w:rPr>
        <w:t xml:space="preserve"> </w:t>
      </w:r>
    </w:p>
    <w:p w14:paraId="47DA34C6" w14:textId="77777777" w:rsidR="00EF3A55" w:rsidRPr="00850D84" w:rsidRDefault="00EF3A55" w:rsidP="0057641B">
      <w:pPr>
        <w:spacing w:after="0" w:line="240" w:lineRule="auto"/>
        <w:rPr>
          <w:rFonts w:ascii="Times New Roman" w:hAnsi="Times New Roman" w:cs="Times New Roman"/>
          <w:sz w:val="24"/>
          <w:szCs w:val="24"/>
          <w:lang w:val="kk-KZ"/>
        </w:rPr>
      </w:pPr>
    </w:p>
    <w:p w14:paraId="62D22E02" w14:textId="77777777" w:rsidR="008D3048" w:rsidRDefault="006D0D7D" w:rsidP="008D3048">
      <w:pPr>
        <w:keepLines/>
        <w:spacing w:after="0" w:line="240" w:lineRule="auto"/>
        <w:ind w:firstLine="720"/>
        <w:rPr>
          <w:rFonts w:ascii="Times New Roman" w:hAnsi="Times New Roman" w:cs="Times New Roman"/>
          <w:b/>
          <w:sz w:val="24"/>
          <w:szCs w:val="24"/>
          <w:lang w:val="kk-KZ"/>
        </w:rPr>
      </w:pPr>
      <w:r w:rsidRPr="00850D84">
        <w:rPr>
          <w:rFonts w:ascii="Times New Roman" w:hAnsi="Times New Roman" w:cs="Times New Roman"/>
          <w:b/>
          <w:sz w:val="24"/>
          <w:szCs w:val="24"/>
          <w:lang w:val="kk-KZ"/>
        </w:rPr>
        <w:t xml:space="preserve">Шақырылғандар: </w:t>
      </w:r>
    </w:p>
    <w:p w14:paraId="649BB3A2" w14:textId="7B2C053F" w:rsidR="004409D3" w:rsidRPr="00850D84" w:rsidRDefault="006D0D7D" w:rsidP="008D3048">
      <w:pPr>
        <w:keepLines/>
        <w:spacing w:after="0" w:line="240" w:lineRule="auto"/>
        <w:ind w:firstLine="720"/>
        <w:rPr>
          <w:rFonts w:ascii="Times New Roman" w:hAnsi="Times New Roman" w:cs="Times New Roman"/>
          <w:sz w:val="24"/>
          <w:szCs w:val="24"/>
          <w:lang w:val="kk-KZ"/>
        </w:rPr>
      </w:pPr>
      <w:r w:rsidRPr="00850D84">
        <w:rPr>
          <w:rFonts w:ascii="Times New Roman" w:hAnsi="Times New Roman" w:cs="Times New Roman"/>
          <w:sz w:val="24"/>
          <w:szCs w:val="24"/>
          <w:lang w:val="kk-KZ"/>
        </w:rPr>
        <w:t>облыстың қалалары мен аудандарындағы мәдениет мекемелерінің өкілдері, облыстық мәдениет мекемелерінің басшылары мен қызметкерлері, еңбек ардагерлері, шығармашылық одақтардың өкілдері, көркемөнерпаздар ұжымдары, байқау-фестивальдің қатысушылары мен жеңімпаздары, қала тұрғындары мен қонақтары, бұқаралық ақпарат құралдарының өкілдері.</w:t>
      </w:r>
    </w:p>
    <w:p w14:paraId="18708048" w14:textId="77777777" w:rsidR="008D3048" w:rsidRPr="00B6793E" w:rsidRDefault="008D3048" w:rsidP="00B6793E"/>
    <w:p w14:paraId="41D11162" w14:textId="2C66DB30" w:rsidR="004409D3" w:rsidRPr="00B6793E" w:rsidRDefault="008D3048" w:rsidP="00B6793E">
      <w:pPr>
        <w:ind w:left="720"/>
        <w:rPr>
          <w:rFonts w:ascii="Times New Roman" w:hAnsi="Times New Roman" w:cs="Times New Roman"/>
          <w:i/>
          <w:sz w:val="20"/>
          <w:szCs w:val="20"/>
        </w:rPr>
      </w:pPr>
      <w:proofErr w:type="spellStart"/>
      <w:r w:rsidRPr="00B6793E">
        <w:rPr>
          <w:rFonts w:ascii="Times New Roman" w:hAnsi="Times New Roman" w:cs="Times New Roman"/>
          <w:i/>
          <w:sz w:val="20"/>
          <w:szCs w:val="20"/>
        </w:rPr>
        <w:t>Қосымша</w:t>
      </w:r>
      <w:proofErr w:type="spellEnd"/>
      <w:r w:rsidRPr="00B6793E">
        <w:rPr>
          <w:rFonts w:ascii="Times New Roman" w:hAnsi="Times New Roman" w:cs="Times New Roman"/>
          <w:i/>
          <w:sz w:val="20"/>
          <w:szCs w:val="20"/>
        </w:rPr>
        <w:t xml:space="preserve"> </w:t>
      </w:r>
      <w:proofErr w:type="spellStart"/>
      <w:r w:rsidRPr="00B6793E">
        <w:rPr>
          <w:rFonts w:ascii="Times New Roman" w:hAnsi="Times New Roman" w:cs="Times New Roman"/>
          <w:i/>
          <w:sz w:val="20"/>
          <w:szCs w:val="20"/>
        </w:rPr>
        <w:t>ақпарат</w:t>
      </w:r>
      <w:proofErr w:type="spellEnd"/>
      <w:r w:rsidRPr="00B6793E">
        <w:rPr>
          <w:rFonts w:ascii="Times New Roman" w:hAnsi="Times New Roman" w:cs="Times New Roman"/>
          <w:i/>
          <w:sz w:val="20"/>
          <w:szCs w:val="20"/>
        </w:rPr>
        <w:t xml:space="preserve">:                                                                                                                               </w:t>
      </w:r>
      <w:r w:rsidR="00B6793E">
        <w:rPr>
          <w:rFonts w:ascii="Times New Roman" w:hAnsi="Times New Roman" w:cs="Times New Roman"/>
          <w:i/>
          <w:sz w:val="20"/>
          <w:szCs w:val="20"/>
          <w:lang w:val="kk-KZ"/>
        </w:rPr>
        <w:t xml:space="preserve">                                                                             </w:t>
      </w:r>
      <w:r w:rsidRPr="00B6793E">
        <w:rPr>
          <w:rFonts w:ascii="Times New Roman" w:hAnsi="Times New Roman" w:cs="Times New Roman"/>
          <w:i/>
          <w:sz w:val="20"/>
          <w:szCs w:val="20"/>
        </w:rPr>
        <w:t xml:space="preserve"> </w:t>
      </w:r>
      <w:proofErr w:type="spellStart"/>
      <w:r w:rsidR="006D0D7D" w:rsidRPr="00B6793E">
        <w:rPr>
          <w:rFonts w:ascii="Times New Roman" w:hAnsi="Times New Roman" w:cs="Times New Roman"/>
          <w:i/>
          <w:sz w:val="20"/>
          <w:szCs w:val="20"/>
        </w:rPr>
        <w:t>Туындаған</w:t>
      </w:r>
      <w:proofErr w:type="spellEnd"/>
      <w:r w:rsidR="006D0D7D" w:rsidRPr="00B6793E">
        <w:rPr>
          <w:rFonts w:ascii="Times New Roman" w:hAnsi="Times New Roman" w:cs="Times New Roman"/>
          <w:i/>
          <w:sz w:val="20"/>
          <w:szCs w:val="20"/>
        </w:rPr>
        <w:t xml:space="preserve"> </w:t>
      </w:r>
      <w:proofErr w:type="spellStart"/>
      <w:r w:rsidR="006D0D7D" w:rsidRPr="00B6793E">
        <w:rPr>
          <w:rFonts w:ascii="Times New Roman" w:hAnsi="Times New Roman" w:cs="Times New Roman"/>
          <w:i/>
          <w:sz w:val="20"/>
          <w:szCs w:val="20"/>
        </w:rPr>
        <w:t>сұрақтар</w:t>
      </w:r>
      <w:proofErr w:type="spellEnd"/>
      <w:r w:rsidR="006D0D7D" w:rsidRPr="00B6793E">
        <w:rPr>
          <w:rFonts w:ascii="Times New Roman" w:hAnsi="Times New Roman" w:cs="Times New Roman"/>
          <w:i/>
          <w:sz w:val="20"/>
          <w:szCs w:val="20"/>
        </w:rPr>
        <w:t xml:space="preserve"> </w:t>
      </w:r>
      <w:proofErr w:type="spellStart"/>
      <w:r w:rsidR="006D0D7D" w:rsidRPr="00B6793E">
        <w:rPr>
          <w:rFonts w:ascii="Times New Roman" w:hAnsi="Times New Roman" w:cs="Times New Roman"/>
          <w:i/>
          <w:sz w:val="20"/>
          <w:szCs w:val="20"/>
        </w:rPr>
        <w:t>бойынша</w:t>
      </w:r>
      <w:proofErr w:type="spellEnd"/>
      <w:r w:rsidR="006D0D7D" w:rsidRPr="00B6793E">
        <w:rPr>
          <w:rFonts w:ascii="Times New Roman" w:hAnsi="Times New Roman" w:cs="Times New Roman"/>
          <w:i/>
          <w:sz w:val="20"/>
          <w:szCs w:val="20"/>
        </w:rPr>
        <w:t xml:space="preserve"> </w:t>
      </w:r>
      <w:proofErr w:type="spellStart"/>
      <w:r w:rsidR="006D0D7D" w:rsidRPr="00B6793E">
        <w:rPr>
          <w:rFonts w:ascii="Times New Roman" w:hAnsi="Times New Roman" w:cs="Times New Roman"/>
          <w:i/>
          <w:sz w:val="20"/>
          <w:szCs w:val="20"/>
        </w:rPr>
        <w:t>мына</w:t>
      </w:r>
      <w:proofErr w:type="spellEnd"/>
      <w:r w:rsidR="006D0D7D" w:rsidRPr="00B6793E">
        <w:rPr>
          <w:rFonts w:ascii="Times New Roman" w:hAnsi="Times New Roman" w:cs="Times New Roman"/>
          <w:i/>
          <w:sz w:val="20"/>
          <w:szCs w:val="20"/>
        </w:rPr>
        <w:t xml:space="preserve"> </w:t>
      </w:r>
      <w:proofErr w:type="spellStart"/>
      <w:r w:rsidR="006D0D7D" w:rsidRPr="00B6793E">
        <w:rPr>
          <w:rFonts w:ascii="Times New Roman" w:hAnsi="Times New Roman" w:cs="Times New Roman"/>
          <w:i/>
          <w:sz w:val="20"/>
          <w:szCs w:val="20"/>
        </w:rPr>
        <w:t>телефон</w:t>
      </w:r>
      <w:proofErr w:type="spellEnd"/>
      <w:r w:rsidR="006D0D7D" w:rsidRPr="00B6793E">
        <w:rPr>
          <w:rFonts w:ascii="Times New Roman" w:hAnsi="Times New Roman" w:cs="Times New Roman"/>
          <w:i/>
          <w:sz w:val="20"/>
          <w:szCs w:val="20"/>
        </w:rPr>
        <w:t xml:space="preserve"> </w:t>
      </w:r>
      <w:proofErr w:type="spellStart"/>
      <w:r w:rsidR="006D0D7D" w:rsidRPr="00B6793E">
        <w:rPr>
          <w:rFonts w:ascii="Times New Roman" w:hAnsi="Times New Roman" w:cs="Times New Roman"/>
          <w:i/>
          <w:sz w:val="20"/>
          <w:szCs w:val="20"/>
        </w:rPr>
        <w:t>арқылы</w:t>
      </w:r>
      <w:proofErr w:type="spellEnd"/>
      <w:r w:rsidR="006D0D7D" w:rsidRPr="00B6793E">
        <w:rPr>
          <w:rFonts w:ascii="Times New Roman" w:hAnsi="Times New Roman" w:cs="Times New Roman"/>
          <w:i/>
          <w:sz w:val="20"/>
          <w:szCs w:val="20"/>
        </w:rPr>
        <w:t xml:space="preserve"> </w:t>
      </w:r>
      <w:proofErr w:type="spellStart"/>
      <w:r w:rsidR="006D0D7D" w:rsidRPr="00B6793E">
        <w:rPr>
          <w:rFonts w:ascii="Times New Roman" w:hAnsi="Times New Roman" w:cs="Times New Roman"/>
          <w:i/>
          <w:sz w:val="20"/>
          <w:szCs w:val="20"/>
        </w:rPr>
        <w:t>хабарласуға</w:t>
      </w:r>
      <w:proofErr w:type="spellEnd"/>
      <w:r w:rsidR="006D0D7D" w:rsidRPr="00B6793E">
        <w:rPr>
          <w:rFonts w:ascii="Times New Roman" w:hAnsi="Times New Roman" w:cs="Times New Roman"/>
          <w:i/>
          <w:sz w:val="20"/>
          <w:szCs w:val="20"/>
        </w:rPr>
        <w:t xml:space="preserve"> </w:t>
      </w:r>
      <w:proofErr w:type="spellStart"/>
      <w:r w:rsidR="006D0D7D" w:rsidRPr="00B6793E">
        <w:rPr>
          <w:rFonts w:ascii="Times New Roman" w:hAnsi="Times New Roman" w:cs="Times New Roman"/>
          <w:i/>
          <w:sz w:val="20"/>
          <w:szCs w:val="20"/>
        </w:rPr>
        <w:t>болады</w:t>
      </w:r>
      <w:proofErr w:type="spellEnd"/>
      <w:r w:rsidR="006D0D7D" w:rsidRPr="00B6793E">
        <w:rPr>
          <w:rFonts w:ascii="Times New Roman" w:hAnsi="Times New Roman" w:cs="Times New Roman"/>
          <w:i/>
          <w:sz w:val="20"/>
          <w:szCs w:val="20"/>
        </w:rPr>
        <w:t xml:space="preserve">: </w:t>
      </w:r>
      <w:bookmarkStart w:id="1" w:name="_Hlk236146320"/>
      <w:r w:rsidRPr="00B6793E">
        <w:rPr>
          <w:rFonts w:ascii="Times New Roman" w:hAnsi="Times New Roman" w:cs="Times New Roman"/>
          <w:i/>
          <w:sz w:val="20"/>
          <w:szCs w:val="20"/>
        </w:rPr>
        <w:t>8-714-2-</w:t>
      </w:r>
      <w:r w:rsidR="006D0D7D" w:rsidRPr="00B6793E">
        <w:rPr>
          <w:rFonts w:ascii="Times New Roman" w:hAnsi="Times New Roman" w:cs="Times New Roman"/>
          <w:i/>
          <w:sz w:val="20"/>
          <w:szCs w:val="20"/>
        </w:rPr>
        <w:t>5</w:t>
      </w:r>
      <w:r w:rsidRPr="00B6793E">
        <w:rPr>
          <w:rFonts w:ascii="Times New Roman" w:hAnsi="Times New Roman" w:cs="Times New Roman"/>
          <w:i/>
          <w:sz w:val="20"/>
          <w:szCs w:val="20"/>
        </w:rPr>
        <w:t>6-24-28</w:t>
      </w:r>
      <w:bookmarkStart w:id="2" w:name="_GoBack"/>
      <w:bookmarkEnd w:id="1"/>
      <w:bookmarkEnd w:id="2"/>
    </w:p>
    <w:p w14:paraId="4C43B804" w14:textId="1BE13B89" w:rsidR="00741126" w:rsidRPr="008D3048" w:rsidRDefault="00343FC3" w:rsidP="0064604A">
      <w:pPr>
        <w:keepNext/>
        <w:tabs>
          <w:tab w:val="left" w:pos="3465"/>
        </w:tabs>
        <w:spacing w:after="140" w:line="252" w:lineRule="auto"/>
        <w:rPr>
          <w:rFonts w:ascii="Times New Roman" w:hAnsi="Times New Roman" w:cs="Times New Roman"/>
          <w:i/>
          <w:color w:val="1B3754"/>
          <w:sz w:val="24"/>
          <w:szCs w:val="24"/>
          <w:lang w:val="ru-RU"/>
        </w:rPr>
      </w:pPr>
      <w:r>
        <w:rPr>
          <w:rFonts w:ascii="Times New Roman" w:hAnsi="Times New Roman" w:cs="Times New Roman"/>
          <w:i/>
          <w:noProof/>
          <w:color w:val="1B3754"/>
          <w:sz w:val="24"/>
          <w:szCs w:val="24"/>
          <w:lang w:val="ru-RU"/>
        </w:rPr>
        <w:lastRenderedPageBreak/>
        <w:drawing>
          <wp:anchor distT="0" distB="0" distL="114300" distR="114300" simplePos="0" relativeHeight="251657728" behindDoc="0" locked="0" layoutInCell="1" allowOverlap="1" wp14:anchorId="65C25E5E" wp14:editId="7F5DC389">
            <wp:simplePos x="0" y="0"/>
            <wp:positionH relativeFrom="column">
              <wp:posOffset>3002915</wp:posOffset>
            </wp:positionH>
            <wp:positionV relativeFrom="paragraph">
              <wp:posOffset>136525</wp:posOffset>
            </wp:positionV>
            <wp:extent cx="341630" cy="341630"/>
            <wp:effectExtent l="0" t="0" r="1270" b="127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anchor>
        </w:drawing>
      </w:r>
      <w:r>
        <w:rPr>
          <w:rFonts w:ascii="Times New Roman" w:hAnsi="Times New Roman" w:cs="Times New Roman"/>
          <w:i/>
          <w:color w:val="1B3754"/>
          <w:sz w:val="24"/>
          <w:szCs w:val="24"/>
          <w:lang w:val="ru-RU"/>
        </w:rPr>
        <w:br w:type="textWrapping" w:clear="all"/>
      </w:r>
    </w:p>
    <w:p w14:paraId="741DDABC" w14:textId="64C577BA" w:rsidR="00741126" w:rsidRPr="00850D84" w:rsidRDefault="00741126" w:rsidP="008D3048">
      <w:pPr>
        <w:keepNext/>
        <w:spacing w:after="0" w:line="252" w:lineRule="auto"/>
        <w:jc w:val="center"/>
        <w:rPr>
          <w:rFonts w:ascii="Times New Roman" w:hAnsi="Times New Roman" w:cs="Times New Roman"/>
          <w:b/>
          <w:sz w:val="24"/>
          <w:szCs w:val="24"/>
          <w:lang w:val="ru-RU"/>
        </w:rPr>
      </w:pPr>
      <w:r w:rsidRPr="00850D84">
        <w:rPr>
          <w:rFonts w:ascii="Times New Roman" w:hAnsi="Times New Roman" w:cs="Times New Roman"/>
          <w:b/>
          <w:sz w:val="24"/>
          <w:szCs w:val="24"/>
          <w:lang w:val="ru-RU"/>
        </w:rPr>
        <w:t>ПРЕСС-РЕЛИЗ</w:t>
      </w:r>
    </w:p>
    <w:p w14:paraId="40899A53" w14:textId="5716BBE5" w:rsidR="004409D3" w:rsidRDefault="006D0D7D" w:rsidP="008D3048">
      <w:pPr>
        <w:keepNext/>
        <w:spacing w:after="0" w:line="252" w:lineRule="auto"/>
        <w:jc w:val="center"/>
        <w:rPr>
          <w:rFonts w:ascii="Times New Roman" w:hAnsi="Times New Roman" w:cs="Times New Roman"/>
          <w:b/>
          <w:sz w:val="24"/>
          <w:szCs w:val="24"/>
          <w:lang w:val="ru-RU"/>
        </w:rPr>
      </w:pPr>
      <w:r w:rsidRPr="00850D84">
        <w:rPr>
          <w:rFonts w:ascii="Times New Roman" w:hAnsi="Times New Roman" w:cs="Times New Roman"/>
          <w:b/>
          <w:sz w:val="24"/>
          <w:szCs w:val="24"/>
          <w:lang w:val="ru-RU"/>
        </w:rPr>
        <w:t xml:space="preserve">Гала-концерт участников и победителей </w:t>
      </w:r>
      <w:r w:rsidR="00741126" w:rsidRPr="00850D84">
        <w:rPr>
          <w:rFonts w:ascii="Times New Roman" w:hAnsi="Times New Roman" w:cs="Times New Roman"/>
          <w:b/>
          <w:sz w:val="24"/>
          <w:szCs w:val="24"/>
          <w:lang w:val="ru-RU"/>
        </w:rPr>
        <w:t xml:space="preserve">                                                                               </w:t>
      </w:r>
      <w:r w:rsidRPr="00850D84">
        <w:rPr>
          <w:rFonts w:ascii="Times New Roman" w:hAnsi="Times New Roman" w:cs="Times New Roman"/>
          <w:b/>
          <w:sz w:val="24"/>
          <w:szCs w:val="24"/>
          <w:lang w:val="ru-RU"/>
        </w:rPr>
        <w:t>XXXVIII областного смотра</w:t>
      </w:r>
      <w:r w:rsidR="00741126" w:rsidRPr="00850D84">
        <w:rPr>
          <w:rFonts w:ascii="Times New Roman" w:hAnsi="Times New Roman" w:cs="Times New Roman"/>
          <w:b/>
          <w:sz w:val="24"/>
          <w:szCs w:val="24"/>
          <w:lang w:val="ru-RU"/>
        </w:rPr>
        <w:t xml:space="preserve"> </w:t>
      </w:r>
      <w:r w:rsidRPr="00850D84">
        <w:rPr>
          <w:rFonts w:ascii="Times New Roman" w:hAnsi="Times New Roman" w:cs="Times New Roman"/>
          <w:b/>
          <w:sz w:val="24"/>
          <w:szCs w:val="24"/>
          <w:lang w:val="ru-RU"/>
        </w:rPr>
        <w:t>конкурса-фестиваля</w:t>
      </w:r>
      <w:r w:rsidRPr="00850D84">
        <w:rPr>
          <w:rFonts w:ascii="Times New Roman" w:hAnsi="Times New Roman" w:cs="Times New Roman"/>
          <w:b/>
          <w:sz w:val="24"/>
          <w:szCs w:val="24"/>
          <w:lang w:val="ru-RU"/>
        </w:rPr>
        <w:br/>
        <w:t>самодеятельного народного творчества «Өнеріміз саған, Қазақстан!»,</w:t>
      </w:r>
      <w:r w:rsidRPr="00850D84">
        <w:rPr>
          <w:rFonts w:ascii="Times New Roman" w:hAnsi="Times New Roman" w:cs="Times New Roman"/>
          <w:b/>
          <w:sz w:val="24"/>
          <w:szCs w:val="24"/>
          <w:lang w:val="ru-RU"/>
        </w:rPr>
        <w:br/>
        <w:t>посвящённый 90-летию со дня образования Костанайской области</w:t>
      </w:r>
    </w:p>
    <w:p w14:paraId="1E332EF0" w14:textId="77777777" w:rsidR="008D3048" w:rsidRPr="00850D84" w:rsidRDefault="008D3048" w:rsidP="008D3048">
      <w:pPr>
        <w:keepNext/>
        <w:spacing w:after="0" w:line="252" w:lineRule="auto"/>
        <w:jc w:val="center"/>
        <w:rPr>
          <w:rFonts w:ascii="Times New Roman" w:hAnsi="Times New Roman" w:cs="Times New Roman"/>
          <w:b/>
          <w:sz w:val="24"/>
          <w:szCs w:val="24"/>
          <w:lang w:val="ru-RU"/>
        </w:rPr>
      </w:pPr>
    </w:p>
    <w:p w14:paraId="7D0509F3" w14:textId="2942979A" w:rsidR="00741126" w:rsidRPr="00850D84" w:rsidRDefault="008D3048" w:rsidP="008D3048">
      <w:pPr>
        <w:keepNext/>
        <w:spacing w:after="0" w:line="252" w:lineRule="auto"/>
        <w:rPr>
          <w:rFonts w:ascii="Times New Roman" w:hAnsi="Times New Roman" w:cs="Times New Roman"/>
          <w:sz w:val="24"/>
          <w:szCs w:val="24"/>
          <w:lang w:val="ru-RU"/>
        </w:rPr>
      </w:pPr>
      <w:r w:rsidRPr="008D3048">
        <w:rPr>
          <w:rFonts w:ascii="Times New Roman" w:hAnsi="Times New Roman" w:cs="Times New Roman"/>
          <w:b/>
          <w:sz w:val="24"/>
          <w:szCs w:val="24"/>
          <w:lang w:val="ru-RU"/>
        </w:rPr>
        <w:t>Дата и время проведения:</w:t>
      </w:r>
      <w:r w:rsidRPr="008D3048">
        <w:rPr>
          <w:lang w:val="ru-RU"/>
        </w:rPr>
        <w:t xml:space="preserve"> </w:t>
      </w:r>
      <w:r w:rsidRPr="008D3048">
        <w:rPr>
          <w:rFonts w:ascii="Times New Roman" w:hAnsi="Times New Roman" w:cs="Times New Roman"/>
          <w:sz w:val="24"/>
          <w:szCs w:val="24"/>
          <w:lang w:val="ru-RU"/>
        </w:rPr>
        <w:t xml:space="preserve">1 августа </w:t>
      </w:r>
      <w:r>
        <w:rPr>
          <w:rFonts w:ascii="Times New Roman" w:hAnsi="Times New Roman" w:cs="Times New Roman"/>
          <w:sz w:val="24"/>
          <w:szCs w:val="24"/>
          <w:lang w:val="ru-RU"/>
        </w:rPr>
        <w:t xml:space="preserve">в </w:t>
      </w:r>
      <w:r w:rsidRPr="008D3048">
        <w:rPr>
          <w:rFonts w:ascii="Times New Roman" w:hAnsi="Times New Roman" w:cs="Times New Roman"/>
          <w:sz w:val="24"/>
          <w:szCs w:val="24"/>
          <w:lang w:val="ru-RU"/>
        </w:rPr>
        <w:t>18:00</w:t>
      </w:r>
      <w:r>
        <w:rPr>
          <w:rFonts w:ascii="Times New Roman" w:hAnsi="Times New Roman" w:cs="Times New Roman"/>
          <w:sz w:val="24"/>
          <w:szCs w:val="24"/>
          <w:lang w:val="ru-RU"/>
        </w:rPr>
        <w:t xml:space="preserve"> часов</w:t>
      </w:r>
    </w:p>
    <w:p w14:paraId="5EE2BAB3" w14:textId="2C9C7DF6" w:rsidR="004409D3" w:rsidRDefault="006D0D7D" w:rsidP="008D3048">
      <w:pPr>
        <w:keepLines/>
        <w:spacing w:after="0" w:line="240" w:lineRule="auto"/>
        <w:rPr>
          <w:rFonts w:ascii="Times New Roman" w:hAnsi="Times New Roman" w:cs="Times New Roman"/>
          <w:sz w:val="24"/>
          <w:szCs w:val="24"/>
          <w:lang w:val="ru-RU"/>
        </w:rPr>
      </w:pPr>
      <w:r w:rsidRPr="00850D84">
        <w:rPr>
          <w:rFonts w:ascii="Times New Roman" w:hAnsi="Times New Roman" w:cs="Times New Roman"/>
          <w:b/>
          <w:sz w:val="24"/>
          <w:szCs w:val="24"/>
          <w:lang w:val="ru-RU"/>
        </w:rPr>
        <w:t xml:space="preserve">Место проведения: </w:t>
      </w:r>
      <w:r w:rsidRPr="00850D84">
        <w:rPr>
          <w:rFonts w:ascii="Times New Roman" w:hAnsi="Times New Roman" w:cs="Times New Roman"/>
          <w:sz w:val="24"/>
          <w:szCs w:val="24"/>
          <w:lang w:val="ru-RU"/>
        </w:rPr>
        <w:t>г. Костанай, Центральная площадь</w:t>
      </w:r>
    </w:p>
    <w:p w14:paraId="0A9918DE" w14:textId="77777777" w:rsidR="008D3048" w:rsidRPr="00850D84" w:rsidRDefault="008D3048" w:rsidP="008D3048">
      <w:pPr>
        <w:keepLines/>
        <w:spacing w:after="0" w:line="240" w:lineRule="auto"/>
        <w:rPr>
          <w:rFonts w:ascii="Times New Roman" w:hAnsi="Times New Roman" w:cs="Times New Roman"/>
          <w:sz w:val="24"/>
          <w:szCs w:val="24"/>
          <w:lang w:val="ru-RU"/>
        </w:rPr>
      </w:pPr>
    </w:p>
    <w:p w14:paraId="680B2E88" w14:textId="77777777" w:rsidR="004409D3" w:rsidRPr="00850D84" w:rsidRDefault="006D0D7D" w:rsidP="008D3048">
      <w:pPr>
        <w:keepLines/>
        <w:spacing w:after="0" w:line="240" w:lineRule="auto"/>
        <w:rPr>
          <w:rFonts w:ascii="Times New Roman" w:hAnsi="Times New Roman" w:cs="Times New Roman"/>
          <w:sz w:val="24"/>
          <w:szCs w:val="24"/>
          <w:lang w:val="ru-RU"/>
        </w:rPr>
      </w:pPr>
      <w:r w:rsidRPr="00850D84">
        <w:rPr>
          <w:rFonts w:ascii="Times New Roman" w:hAnsi="Times New Roman" w:cs="Times New Roman"/>
          <w:b/>
          <w:sz w:val="24"/>
          <w:szCs w:val="24"/>
          <w:lang w:val="ru-RU"/>
        </w:rPr>
        <w:t xml:space="preserve">Организатор: </w:t>
      </w:r>
      <w:r w:rsidRPr="00850D84">
        <w:rPr>
          <w:rFonts w:ascii="Times New Roman" w:hAnsi="Times New Roman" w:cs="Times New Roman"/>
          <w:sz w:val="24"/>
          <w:szCs w:val="24"/>
          <w:lang w:val="ru-RU"/>
        </w:rPr>
        <w:t>Управление культуры акимата Костанайской области.</w:t>
      </w:r>
    </w:p>
    <w:p w14:paraId="1004FB10" w14:textId="77777777" w:rsidR="004409D3" w:rsidRPr="00850D84" w:rsidRDefault="004409D3" w:rsidP="008D3048">
      <w:pPr>
        <w:spacing w:after="0" w:line="240" w:lineRule="auto"/>
        <w:rPr>
          <w:rFonts w:ascii="Times New Roman" w:hAnsi="Times New Roman" w:cs="Times New Roman"/>
          <w:sz w:val="24"/>
          <w:szCs w:val="24"/>
          <w:lang w:val="ru-RU"/>
        </w:rPr>
      </w:pPr>
    </w:p>
    <w:p w14:paraId="36DAAA04" w14:textId="78087ABC" w:rsidR="004409D3" w:rsidRDefault="006D0D7D" w:rsidP="008D3048">
      <w:pPr>
        <w:spacing w:after="0"/>
        <w:ind w:firstLine="425"/>
        <w:jc w:val="center"/>
        <w:rPr>
          <w:rFonts w:ascii="Times New Roman" w:hAnsi="Times New Roman" w:cs="Times New Roman"/>
          <w:b/>
          <w:i/>
          <w:sz w:val="24"/>
          <w:szCs w:val="24"/>
          <w:lang w:val="ru-RU"/>
        </w:rPr>
      </w:pPr>
      <w:bookmarkStart w:id="3" w:name="_Hlk236146084"/>
      <w:r w:rsidRPr="008D3048">
        <w:rPr>
          <w:rFonts w:ascii="Times New Roman" w:hAnsi="Times New Roman" w:cs="Times New Roman"/>
          <w:b/>
          <w:i/>
          <w:sz w:val="24"/>
          <w:szCs w:val="24"/>
          <w:lang w:val="ru-RU"/>
        </w:rPr>
        <w:t>1 августа 2026 года на Центральной площади города Костаная состоится гала-концерт участников и победителей XXXVIII областного смотра-конкурса-фестиваля самодеятельного народного творчества «</w:t>
      </w:r>
      <w:proofErr w:type="spellStart"/>
      <w:r w:rsidRPr="008D3048">
        <w:rPr>
          <w:rFonts w:ascii="Times New Roman" w:hAnsi="Times New Roman" w:cs="Times New Roman"/>
          <w:b/>
          <w:i/>
          <w:sz w:val="24"/>
          <w:szCs w:val="24"/>
          <w:lang w:val="ru-RU"/>
        </w:rPr>
        <w:t>Өнеріміз</w:t>
      </w:r>
      <w:proofErr w:type="spellEnd"/>
      <w:r w:rsidRPr="008D3048">
        <w:rPr>
          <w:rFonts w:ascii="Times New Roman" w:hAnsi="Times New Roman" w:cs="Times New Roman"/>
          <w:b/>
          <w:i/>
          <w:sz w:val="24"/>
          <w:szCs w:val="24"/>
          <w:lang w:val="ru-RU"/>
        </w:rPr>
        <w:t xml:space="preserve"> </w:t>
      </w:r>
      <w:proofErr w:type="spellStart"/>
      <w:r w:rsidRPr="008D3048">
        <w:rPr>
          <w:rFonts w:ascii="Times New Roman" w:hAnsi="Times New Roman" w:cs="Times New Roman"/>
          <w:b/>
          <w:i/>
          <w:sz w:val="24"/>
          <w:szCs w:val="24"/>
          <w:lang w:val="ru-RU"/>
        </w:rPr>
        <w:t>саған</w:t>
      </w:r>
      <w:proofErr w:type="spellEnd"/>
      <w:r w:rsidRPr="008D3048">
        <w:rPr>
          <w:rFonts w:ascii="Times New Roman" w:hAnsi="Times New Roman" w:cs="Times New Roman"/>
          <w:b/>
          <w:i/>
          <w:sz w:val="24"/>
          <w:szCs w:val="24"/>
          <w:lang w:val="ru-RU"/>
        </w:rPr>
        <w:t xml:space="preserve">, </w:t>
      </w:r>
      <w:proofErr w:type="spellStart"/>
      <w:r w:rsidRPr="008D3048">
        <w:rPr>
          <w:rFonts w:ascii="Times New Roman" w:hAnsi="Times New Roman" w:cs="Times New Roman"/>
          <w:b/>
          <w:i/>
          <w:sz w:val="24"/>
          <w:szCs w:val="24"/>
          <w:lang w:val="ru-RU"/>
        </w:rPr>
        <w:t>Қазақстан</w:t>
      </w:r>
      <w:proofErr w:type="spellEnd"/>
      <w:r w:rsidRPr="008D3048">
        <w:rPr>
          <w:rFonts w:ascii="Times New Roman" w:hAnsi="Times New Roman" w:cs="Times New Roman"/>
          <w:b/>
          <w:i/>
          <w:sz w:val="24"/>
          <w:szCs w:val="24"/>
          <w:lang w:val="ru-RU"/>
        </w:rPr>
        <w:t>!</w:t>
      </w:r>
      <w:proofErr w:type="gramStart"/>
      <w:r w:rsidRPr="008D3048">
        <w:rPr>
          <w:rFonts w:ascii="Times New Roman" w:hAnsi="Times New Roman" w:cs="Times New Roman"/>
          <w:b/>
          <w:i/>
          <w:sz w:val="24"/>
          <w:szCs w:val="24"/>
          <w:lang w:val="ru-RU"/>
        </w:rPr>
        <w:t>»,</w:t>
      </w:r>
      <w:r w:rsidR="008D3048">
        <w:rPr>
          <w:rFonts w:ascii="Times New Roman" w:hAnsi="Times New Roman" w:cs="Times New Roman"/>
          <w:b/>
          <w:i/>
          <w:sz w:val="24"/>
          <w:szCs w:val="24"/>
          <w:lang w:val="ru-RU"/>
        </w:rPr>
        <w:t xml:space="preserve">   </w:t>
      </w:r>
      <w:proofErr w:type="gramEnd"/>
      <w:r w:rsidR="008D3048">
        <w:rPr>
          <w:rFonts w:ascii="Times New Roman" w:hAnsi="Times New Roman" w:cs="Times New Roman"/>
          <w:b/>
          <w:i/>
          <w:sz w:val="24"/>
          <w:szCs w:val="24"/>
          <w:lang w:val="ru-RU"/>
        </w:rPr>
        <w:t xml:space="preserve">                                   </w:t>
      </w:r>
      <w:r w:rsidRPr="008D3048">
        <w:rPr>
          <w:rFonts w:ascii="Times New Roman" w:hAnsi="Times New Roman" w:cs="Times New Roman"/>
          <w:b/>
          <w:i/>
          <w:sz w:val="24"/>
          <w:szCs w:val="24"/>
          <w:lang w:val="ru-RU"/>
        </w:rPr>
        <w:t xml:space="preserve"> посвящённый 90-летию со дня образования Костанайской области</w:t>
      </w:r>
    </w:p>
    <w:bookmarkEnd w:id="3"/>
    <w:p w14:paraId="398FE583" w14:textId="77777777" w:rsidR="008D3048" w:rsidRPr="008D3048" w:rsidRDefault="008D3048" w:rsidP="008D3048">
      <w:pPr>
        <w:spacing w:after="0"/>
        <w:ind w:firstLine="425"/>
        <w:jc w:val="center"/>
        <w:rPr>
          <w:rFonts w:ascii="Times New Roman" w:hAnsi="Times New Roman" w:cs="Times New Roman"/>
          <w:b/>
          <w:i/>
          <w:sz w:val="24"/>
          <w:szCs w:val="24"/>
          <w:lang w:val="ru-RU"/>
        </w:rPr>
      </w:pPr>
    </w:p>
    <w:p w14:paraId="0ECDC571" w14:textId="1B3B6C93" w:rsidR="008D3048" w:rsidRDefault="008D3048" w:rsidP="00B6793E">
      <w:pPr>
        <w:spacing w:after="0"/>
        <w:ind w:firstLine="425"/>
        <w:jc w:val="both"/>
        <w:rPr>
          <w:rFonts w:ascii="Times New Roman" w:hAnsi="Times New Roman" w:cs="Times New Roman"/>
          <w:sz w:val="24"/>
          <w:szCs w:val="24"/>
          <w:lang w:val="ru-RU"/>
        </w:rPr>
      </w:pPr>
      <w:r w:rsidRPr="008D3048">
        <w:rPr>
          <w:rFonts w:ascii="Times New Roman" w:hAnsi="Times New Roman" w:cs="Times New Roman"/>
          <w:sz w:val="24"/>
          <w:szCs w:val="24"/>
          <w:lang w:val="ru-RU"/>
        </w:rPr>
        <w:t>1 августа 2026 года на Центральной площади города Костаная состоится гала-концерт участников и победителей XXXVIII областного смотра-конкурса-фестиваля самодеятельного народного творчества «</w:t>
      </w:r>
      <w:proofErr w:type="spellStart"/>
      <w:r w:rsidRPr="008D3048">
        <w:rPr>
          <w:rFonts w:ascii="Times New Roman" w:hAnsi="Times New Roman" w:cs="Times New Roman"/>
          <w:sz w:val="24"/>
          <w:szCs w:val="24"/>
          <w:lang w:val="ru-RU"/>
        </w:rPr>
        <w:t>Өнеріміз</w:t>
      </w:r>
      <w:proofErr w:type="spellEnd"/>
      <w:r w:rsidRPr="008D3048">
        <w:rPr>
          <w:rFonts w:ascii="Times New Roman" w:hAnsi="Times New Roman" w:cs="Times New Roman"/>
          <w:sz w:val="24"/>
          <w:szCs w:val="24"/>
          <w:lang w:val="ru-RU"/>
        </w:rPr>
        <w:t xml:space="preserve"> </w:t>
      </w:r>
      <w:proofErr w:type="spellStart"/>
      <w:r w:rsidRPr="008D3048">
        <w:rPr>
          <w:rFonts w:ascii="Times New Roman" w:hAnsi="Times New Roman" w:cs="Times New Roman"/>
          <w:sz w:val="24"/>
          <w:szCs w:val="24"/>
          <w:lang w:val="ru-RU"/>
        </w:rPr>
        <w:t>саған</w:t>
      </w:r>
      <w:proofErr w:type="spellEnd"/>
      <w:r w:rsidRPr="008D3048">
        <w:rPr>
          <w:rFonts w:ascii="Times New Roman" w:hAnsi="Times New Roman" w:cs="Times New Roman"/>
          <w:sz w:val="24"/>
          <w:szCs w:val="24"/>
          <w:lang w:val="ru-RU"/>
        </w:rPr>
        <w:t xml:space="preserve">, </w:t>
      </w:r>
      <w:proofErr w:type="spellStart"/>
      <w:r w:rsidRPr="008D3048">
        <w:rPr>
          <w:rFonts w:ascii="Times New Roman" w:hAnsi="Times New Roman" w:cs="Times New Roman"/>
          <w:sz w:val="24"/>
          <w:szCs w:val="24"/>
          <w:lang w:val="ru-RU"/>
        </w:rPr>
        <w:t>Қазақстан</w:t>
      </w:r>
      <w:proofErr w:type="spellEnd"/>
      <w:r w:rsidRPr="008D3048">
        <w:rPr>
          <w:rFonts w:ascii="Times New Roman" w:hAnsi="Times New Roman" w:cs="Times New Roman"/>
          <w:sz w:val="24"/>
          <w:szCs w:val="24"/>
          <w:lang w:val="ru-RU"/>
        </w:rPr>
        <w:t>!», посвящённый 90-летию со дня образования Костанайской области</w:t>
      </w:r>
      <w:r>
        <w:rPr>
          <w:rFonts w:ascii="Times New Roman" w:hAnsi="Times New Roman" w:cs="Times New Roman"/>
          <w:sz w:val="24"/>
          <w:szCs w:val="24"/>
          <w:lang w:val="ru-RU"/>
        </w:rPr>
        <w:t>.</w:t>
      </w:r>
    </w:p>
    <w:p w14:paraId="3365F933" w14:textId="77777777" w:rsidR="0064604A" w:rsidRDefault="008D3048" w:rsidP="00B6793E">
      <w:pPr>
        <w:spacing w:after="0"/>
        <w:ind w:firstLine="425"/>
        <w:jc w:val="both"/>
        <w:rPr>
          <w:rFonts w:ascii="Times New Roman" w:hAnsi="Times New Roman" w:cs="Times New Roman"/>
          <w:sz w:val="24"/>
          <w:szCs w:val="24"/>
          <w:lang w:val="ru-RU"/>
        </w:rPr>
      </w:pPr>
      <w:r w:rsidRPr="008D3048">
        <w:rPr>
          <w:rFonts w:ascii="Times New Roman" w:hAnsi="Times New Roman" w:cs="Times New Roman"/>
          <w:b/>
          <w:sz w:val="24"/>
          <w:szCs w:val="24"/>
          <w:lang w:val="ru-RU"/>
        </w:rPr>
        <w:t>Главная цель мероприятия</w:t>
      </w:r>
      <w:r>
        <w:rPr>
          <w:rFonts w:ascii="Times New Roman" w:hAnsi="Times New Roman" w:cs="Times New Roman"/>
          <w:sz w:val="24"/>
          <w:szCs w:val="24"/>
          <w:lang w:val="ru-RU"/>
        </w:rPr>
        <w:t>:</w:t>
      </w:r>
      <w:r w:rsidRPr="008D3048">
        <w:rPr>
          <w:rFonts w:ascii="Times New Roman" w:hAnsi="Times New Roman" w:cs="Times New Roman"/>
          <w:sz w:val="24"/>
          <w:szCs w:val="24"/>
          <w:lang w:val="ru-RU"/>
        </w:rPr>
        <w:t xml:space="preserve"> </w:t>
      </w:r>
    </w:p>
    <w:p w14:paraId="51C10EB4" w14:textId="5D9B8C65" w:rsidR="008D3048" w:rsidRDefault="008D3048" w:rsidP="00B6793E">
      <w:pPr>
        <w:spacing w:after="0"/>
        <w:ind w:firstLine="425"/>
        <w:jc w:val="both"/>
        <w:rPr>
          <w:rFonts w:ascii="Times New Roman" w:hAnsi="Times New Roman" w:cs="Times New Roman"/>
          <w:sz w:val="24"/>
          <w:szCs w:val="24"/>
          <w:lang w:val="ru-RU"/>
        </w:rPr>
      </w:pPr>
      <w:r w:rsidRPr="008D3048">
        <w:rPr>
          <w:rFonts w:ascii="Times New Roman" w:hAnsi="Times New Roman" w:cs="Times New Roman"/>
          <w:sz w:val="24"/>
          <w:szCs w:val="24"/>
          <w:lang w:val="ru-RU"/>
        </w:rPr>
        <w:t>поддержка и развитие народного творчества, популяризация национальной культуры и искусства, а также широкое представление достижений талантливых исполнителей и творческих коллективов региона.</w:t>
      </w:r>
    </w:p>
    <w:p w14:paraId="3E87899B" w14:textId="77777777" w:rsidR="008D3048" w:rsidRDefault="008D3048" w:rsidP="00B6793E">
      <w:pPr>
        <w:spacing w:after="0"/>
        <w:ind w:firstLine="425"/>
        <w:jc w:val="both"/>
        <w:rPr>
          <w:rFonts w:ascii="Times New Roman" w:hAnsi="Times New Roman" w:cs="Times New Roman"/>
          <w:sz w:val="24"/>
          <w:szCs w:val="24"/>
          <w:lang w:val="ru-RU"/>
        </w:rPr>
      </w:pPr>
    </w:p>
    <w:p w14:paraId="7DB93464" w14:textId="234B874A" w:rsidR="004409D3" w:rsidRPr="00850D84" w:rsidRDefault="006D0D7D" w:rsidP="00B6793E">
      <w:pPr>
        <w:spacing w:after="0"/>
        <w:ind w:firstLine="425"/>
        <w:jc w:val="both"/>
        <w:rPr>
          <w:rFonts w:ascii="Times New Roman" w:hAnsi="Times New Roman" w:cs="Times New Roman"/>
          <w:sz w:val="24"/>
          <w:szCs w:val="24"/>
          <w:lang w:val="ru-RU"/>
        </w:rPr>
      </w:pPr>
      <w:r w:rsidRPr="00850D84">
        <w:rPr>
          <w:rFonts w:ascii="Times New Roman" w:hAnsi="Times New Roman" w:cs="Times New Roman"/>
          <w:sz w:val="24"/>
          <w:szCs w:val="24"/>
          <w:lang w:val="ru-RU"/>
        </w:rPr>
        <w:t>«</w:t>
      </w:r>
      <w:proofErr w:type="spellStart"/>
      <w:r w:rsidRPr="00850D84">
        <w:rPr>
          <w:rFonts w:ascii="Times New Roman" w:hAnsi="Times New Roman" w:cs="Times New Roman"/>
          <w:sz w:val="24"/>
          <w:szCs w:val="24"/>
          <w:lang w:val="ru-RU"/>
        </w:rPr>
        <w:t>Өнеріміз</w:t>
      </w:r>
      <w:proofErr w:type="spellEnd"/>
      <w:r w:rsidRPr="00850D84">
        <w:rPr>
          <w:rFonts w:ascii="Times New Roman" w:hAnsi="Times New Roman" w:cs="Times New Roman"/>
          <w:sz w:val="24"/>
          <w:szCs w:val="24"/>
          <w:lang w:val="ru-RU"/>
        </w:rPr>
        <w:t xml:space="preserve"> </w:t>
      </w:r>
      <w:proofErr w:type="spellStart"/>
      <w:r w:rsidRPr="00850D84">
        <w:rPr>
          <w:rFonts w:ascii="Times New Roman" w:hAnsi="Times New Roman" w:cs="Times New Roman"/>
          <w:sz w:val="24"/>
          <w:szCs w:val="24"/>
          <w:lang w:val="ru-RU"/>
        </w:rPr>
        <w:t>саған</w:t>
      </w:r>
      <w:proofErr w:type="spellEnd"/>
      <w:r w:rsidRPr="00850D84">
        <w:rPr>
          <w:rFonts w:ascii="Times New Roman" w:hAnsi="Times New Roman" w:cs="Times New Roman"/>
          <w:sz w:val="24"/>
          <w:szCs w:val="24"/>
          <w:lang w:val="ru-RU"/>
        </w:rPr>
        <w:t xml:space="preserve">, </w:t>
      </w:r>
      <w:proofErr w:type="spellStart"/>
      <w:r w:rsidRPr="00850D84">
        <w:rPr>
          <w:rFonts w:ascii="Times New Roman" w:hAnsi="Times New Roman" w:cs="Times New Roman"/>
          <w:sz w:val="24"/>
          <w:szCs w:val="24"/>
          <w:lang w:val="ru-RU"/>
        </w:rPr>
        <w:t>Қазақстан</w:t>
      </w:r>
      <w:proofErr w:type="spellEnd"/>
      <w:r w:rsidRPr="00850D84">
        <w:rPr>
          <w:rFonts w:ascii="Times New Roman" w:hAnsi="Times New Roman" w:cs="Times New Roman"/>
          <w:sz w:val="24"/>
          <w:szCs w:val="24"/>
          <w:lang w:val="ru-RU"/>
        </w:rPr>
        <w:t>!» — масштабный культурный проект, направленный на развитие народного творчества региона, поддержку талантливых исполнителей и творческих коллективов. Фестиваль объединяет самодеятельных артистов из городов и районов Костанайской области и предоставляет им возможность широко представить свои творческие достижения.</w:t>
      </w:r>
    </w:p>
    <w:p w14:paraId="451BD178" w14:textId="77777777" w:rsidR="004409D3" w:rsidRPr="00850D84" w:rsidRDefault="006D0D7D" w:rsidP="00B6793E">
      <w:pPr>
        <w:spacing w:after="0"/>
        <w:ind w:firstLine="425"/>
        <w:jc w:val="both"/>
        <w:rPr>
          <w:rFonts w:ascii="Times New Roman" w:hAnsi="Times New Roman" w:cs="Times New Roman"/>
          <w:sz w:val="24"/>
          <w:szCs w:val="24"/>
          <w:lang w:val="ru-RU"/>
        </w:rPr>
      </w:pPr>
      <w:r w:rsidRPr="00850D84">
        <w:rPr>
          <w:rFonts w:ascii="Times New Roman" w:hAnsi="Times New Roman" w:cs="Times New Roman"/>
          <w:sz w:val="24"/>
          <w:szCs w:val="24"/>
          <w:lang w:val="ru-RU"/>
        </w:rPr>
        <w:t>На сцене выступят лучшие самодеятельные исполнители, народные и образцовые творческие коллективы, талантливые вокалисты и танцоры, представители традиционного и современного искусства из городов и районов области.</w:t>
      </w:r>
    </w:p>
    <w:p w14:paraId="573FCD12" w14:textId="77777777" w:rsidR="004409D3" w:rsidRPr="00850D84" w:rsidRDefault="006D0D7D" w:rsidP="00B6793E">
      <w:pPr>
        <w:spacing w:after="0"/>
        <w:ind w:firstLine="425"/>
        <w:jc w:val="both"/>
        <w:rPr>
          <w:rFonts w:ascii="Times New Roman" w:hAnsi="Times New Roman" w:cs="Times New Roman"/>
          <w:sz w:val="24"/>
          <w:szCs w:val="24"/>
          <w:lang w:val="ru-RU"/>
        </w:rPr>
      </w:pPr>
      <w:r w:rsidRPr="00850D84">
        <w:rPr>
          <w:rFonts w:ascii="Times New Roman" w:hAnsi="Times New Roman" w:cs="Times New Roman"/>
          <w:sz w:val="24"/>
          <w:szCs w:val="24"/>
          <w:lang w:val="ru-RU"/>
        </w:rPr>
        <w:t>В ходе мероприятия будут подведены итоги XXXVIII областного смотра-конкурса-фестиваля, и призеры будут награждены.</w:t>
      </w:r>
    </w:p>
    <w:p w14:paraId="45AB1BA2" w14:textId="77777777" w:rsidR="004409D3" w:rsidRPr="00850D84" w:rsidRDefault="006D0D7D" w:rsidP="00B6793E">
      <w:pPr>
        <w:spacing w:after="0"/>
        <w:ind w:firstLine="425"/>
        <w:jc w:val="both"/>
        <w:rPr>
          <w:rFonts w:ascii="Times New Roman" w:hAnsi="Times New Roman" w:cs="Times New Roman"/>
          <w:sz w:val="24"/>
          <w:szCs w:val="24"/>
          <w:lang w:val="ru-RU"/>
        </w:rPr>
      </w:pPr>
      <w:r w:rsidRPr="00850D84">
        <w:rPr>
          <w:rFonts w:ascii="Times New Roman" w:hAnsi="Times New Roman" w:cs="Times New Roman"/>
          <w:sz w:val="24"/>
          <w:szCs w:val="24"/>
          <w:lang w:val="ru-RU"/>
        </w:rPr>
        <w:t>Праздничная программа отразит богатое культурное наследие Костанайского региона, многообразие национального искусства и творческий потенциал артистов области.</w:t>
      </w:r>
    </w:p>
    <w:p w14:paraId="3823FBB4" w14:textId="77777777" w:rsidR="008D3048" w:rsidRPr="00850D84" w:rsidRDefault="008D3048" w:rsidP="00B6793E">
      <w:pPr>
        <w:spacing w:after="0"/>
        <w:ind w:firstLine="425"/>
        <w:jc w:val="both"/>
        <w:rPr>
          <w:rFonts w:ascii="Times New Roman" w:hAnsi="Times New Roman" w:cs="Times New Roman"/>
          <w:sz w:val="24"/>
          <w:szCs w:val="24"/>
          <w:lang w:val="ru-RU"/>
        </w:rPr>
      </w:pPr>
    </w:p>
    <w:p w14:paraId="62958797" w14:textId="5EDAD73F" w:rsidR="006D0D7D" w:rsidRPr="00850D84" w:rsidRDefault="008D3048" w:rsidP="00B6793E">
      <w:pPr>
        <w:spacing w:after="0"/>
        <w:ind w:firstLine="425"/>
        <w:jc w:val="both"/>
        <w:rPr>
          <w:rFonts w:ascii="Times New Roman" w:hAnsi="Times New Roman" w:cs="Times New Roman"/>
          <w:sz w:val="24"/>
          <w:szCs w:val="24"/>
          <w:lang w:val="ru-RU"/>
        </w:rPr>
      </w:pPr>
      <w:r w:rsidRPr="00B6793E">
        <w:rPr>
          <w:rFonts w:ascii="Times New Roman" w:hAnsi="Times New Roman" w:cs="Times New Roman"/>
          <w:b/>
          <w:sz w:val="24"/>
          <w:szCs w:val="24"/>
          <w:lang w:val="ru-RU"/>
        </w:rPr>
        <w:t>Приглашённые:</w:t>
      </w:r>
      <w:r w:rsidRPr="008D3048">
        <w:rPr>
          <w:rFonts w:ascii="Times New Roman" w:hAnsi="Times New Roman" w:cs="Times New Roman"/>
          <w:sz w:val="24"/>
          <w:szCs w:val="24"/>
          <w:lang w:val="ru-RU"/>
        </w:rPr>
        <w:t xml:space="preserve"> представители учреждений культуры городов и районов области, руководители и работники областных учреждений культуры, ветераны труда, представители творческих союзов, самодеятельные художественные коллективы, участники и победители конкурса-фестиваля, жители и гости города, представители средств массовой информации.</w:t>
      </w:r>
    </w:p>
    <w:p w14:paraId="1A5EF0BB" w14:textId="77777777" w:rsidR="00B6793E" w:rsidRDefault="00B6793E" w:rsidP="00B6793E">
      <w:pPr>
        <w:spacing w:after="0"/>
        <w:rPr>
          <w:rFonts w:ascii="Times New Roman" w:hAnsi="Times New Roman" w:cs="Times New Roman"/>
          <w:i/>
          <w:sz w:val="20"/>
          <w:szCs w:val="20"/>
        </w:rPr>
      </w:pPr>
    </w:p>
    <w:p w14:paraId="62E6D27C" w14:textId="77777777" w:rsidR="00B6793E" w:rsidRDefault="00B6793E" w:rsidP="00B6793E">
      <w:pPr>
        <w:spacing w:after="0"/>
        <w:rPr>
          <w:rFonts w:ascii="Times New Roman" w:hAnsi="Times New Roman" w:cs="Times New Roman"/>
          <w:i/>
          <w:sz w:val="20"/>
          <w:szCs w:val="20"/>
        </w:rPr>
      </w:pPr>
    </w:p>
    <w:p w14:paraId="38A2B377" w14:textId="4745FC24" w:rsidR="00B6793E" w:rsidRPr="00B6793E" w:rsidRDefault="00B6793E" w:rsidP="00B6793E">
      <w:pPr>
        <w:spacing w:after="0"/>
        <w:ind w:firstLine="720"/>
        <w:rPr>
          <w:rFonts w:ascii="Times New Roman" w:hAnsi="Times New Roman" w:cs="Times New Roman"/>
          <w:i/>
          <w:sz w:val="20"/>
          <w:szCs w:val="20"/>
        </w:rPr>
      </w:pPr>
      <w:proofErr w:type="spellStart"/>
      <w:r w:rsidRPr="00B6793E">
        <w:rPr>
          <w:rFonts w:ascii="Times New Roman" w:hAnsi="Times New Roman" w:cs="Times New Roman"/>
          <w:i/>
          <w:sz w:val="20"/>
          <w:szCs w:val="20"/>
        </w:rPr>
        <w:t>Дополнительная</w:t>
      </w:r>
      <w:proofErr w:type="spellEnd"/>
      <w:r w:rsidRPr="00B6793E">
        <w:rPr>
          <w:rFonts w:ascii="Times New Roman" w:hAnsi="Times New Roman" w:cs="Times New Roman"/>
          <w:i/>
          <w:sz w:val="20"/>
          <w:szCs w:val="20"/>
        </w:rPr>
        <w:t xml:space="preserve"> </w:t>
      </w:r>
      <w:proofErr w:type="spellStart"/>
      <w:r w:rsidRPr="00B6793E">
        <w:rPr>
          <w:rFonts w:ascii="Times New Roman" w:hAnsi="Times New Roman" w:cs="Times New Roman"/>
          <w:i/>
          <w:sz w:val="20"/>
          <w:szCs w:val="20"/>
        </w:rPr>
        <w:t>информация</w:t>
      </w:r>
      <w:proofErr w:type="spellEnd"/>
      <w:r w:rsidRPr="00B6793E">
        <w:rPr>
          <w:rFonts w:ascii="Times New Roman" w:hAnsi="Times New Roman" w:cs="Times New Roman"/>
          <w:i/>
          <w:sz w:val="20"/>
          <w:szCs w:val="20"/>
        </w:rPr>
        <w:t xml:space="preserve">: </w:t>
      </w:r>
    </w:p>
    <w:p w14:paraId="24243C90" w14:textId="6BF70408" w:rsidR="004409D3" w:rsidRPr="00B6793E" w:rsidRDefault="006D0D7D" w:rsidP="00B6793E">
      <w:pPr>
        <w:spacing w:after="0"/>
        <w:ind w:firstLine="720"/>
        <w:rPr>
          <w:rFonts w:ascii="Times New Roman" w:hAnsi="Times New Roman" w:cs="Times New Roman"/>
          <w:i/>
          <w:sz w:val="20"/>
          <w:szCs w:val="20"/>
        </w:rPr>
      </w:pPr>
      <w:proofErr w:type="spellStart"/>
      <w:r w:rsidRPr="00B6793E">
        <w:rPr>
          <w:rFonts w:ascii="Times New Roman" w:hAnsi="Times New Roman" w:cs="Times New Roman"/>
          <w:i/>
          <w:sz w:val="20"/>
          <w:szCs w:val="20"/>
        </w:rPr>
        <w:t>По</w:t>
      </w:r>
      <w:proofErr w:type="spellEnd"/>
      <w:r w:rsidRPr="00B6793E">
        <w:rPr>
          <w:rFonts w:ascii="Times New Roman" w:hAnsi="Times New Roman" w:cs="Times New Roman"/>
          <w:i/>
          <w:sz w:val="20"/>
          <w:szCs w:val="20"/>
        </w:rPr>
        <w:t xml:space="preserve"> </w:t>
      </w:r>
      <w:proofErr w:type="spellStart"/>
      <w:r w:rsidRPr="00B6793E">
        <w:rPr>
          <w:rFonts w:ascii="Times New Roman" w:hAnsi="Times New Roman" w:cs="Times New Roman"/>
          <w:i/>
          <w:sz w:val="20"/>
          <w:szCs w:val="20"/>
        </w:rPr>
        <w:t>возникшим</w:t>
      </w:r>
      <w:proofErr w:type="spellEnd"/>
      <w:r w:rsidRPr="00B6793E">
        <w:rPr>
          <w:rFonts w:ascii="Times New Roman" w:hAnsi="Times New Roman" w:cs="Times New Roman"/>
          <w:i/>
          <w:sz w:val="20"/>
          <w:szCs w:val="20"/>
        </w:rPr>
        <w:t xml:space="preserve"> </w:t>
      </w:r>
      <w:proofErr w:type="spellStart"/>
      <w:r w:rsidRPr="00B6793E">
        <w:rPr>
          <w:rFonts w:ascii="Times New Roman" w:hAnsi="Times New Roman" w:cs="Times New Roman"/>
          <w:i/>
          <w:sz w:val="20"/>
          <w:szCs w:val="20"/>
        </w:rPr>
        <w:t>вопросам</w:t>
      </w:r>
      <w:proofErr w:type="spellEnd"/>
      <w:r w:rsidRPr="00B6793E">
        <w:rPr>
          <w:rFonts w:ascii="Times New Roman" w:hAnsi="Times New Roman" w:cs="Times New Roman"/>
          <w:i/>
          <w:sz w:val="20"/>
          <w:szCs w:val="20"/>
        </w:rPr>
        <w:t xml:space="preserve"> </w:t>
      </w:r>
      <w:proofErr w:type="spellStart"/>
      <w:r w:rsidRPr="00B6793E">
        <w:rPr>
          <w:rFonts w:ascii="Times New Roman" w:hAnsi="Times New Roman" w:cs="Times New Roman"/>
          <w:i/>
          <w:sz w:val="20"/>
          <w:szCs w:val="20"/>
        </w:rPr>
        <w:t>обращаться</w:t>
      </w:r>
      <w:proofErr w:type="spellEnd"/>
      <w:r w:rsidRPr="00B6793E">
        <w:rPr>
          <w:rFonts w:ascii="Times New Roman" w:hAnsi="Times New Roman" w:cs="Times New Roman"/>
          <w:i/>
          <w:sz w:val="20"/>
          <w:szCs w:val="20"/>
        </w:rPr>
        <w:t xml:space="preserve"> </w:t>
      </w:r>
      <w:proofErr w:type="spellStart"/>
      <w:r w:rsidRPr="00B6793E">
        <w:rPr>
          <w:rFonts w:ascii="Times New Roman" w:hAnsi="Times New Roman" w:cs="Times New Roman"/>
          <w:i/>
          <w:sz w:val="20"/>
          <w:szCs w:val="20"/>
        </w:rPr>
        <w:t>по</w:t>
      </w:r>
      <w:proofErr w:type="spellEnd"/>
      <w:r w:rsidRPr="00B6793E">
        <w:rPr>
          <w:rFonts w:ascii="Times New Roman" w:hAnsi="Times New Roman" w:cs="Times New Roman"/>
          <w:i/>
          <w:sz w:val="20"/>
          <w:szCs w:val="20"/>
        </w:rPr>
        <w:t xml:space="preserve"> </w:t>
      </w:r>
      <w:proofErr w:type="spellStart"/>
      <w:r w:rsidRPr="00B6793E">
        <w:rPr>
          <w:rFonts w:ascii="Times New Roman" w:hAnsi="Times New Roman" w:cs="Times New Roman"/>
          <w:i/>
          <w:sz w:val="20"/>
          <w:szCs w:val="20"/>
        </w:rPr>
        <w:t>телефону</w:t>
      </w:r>
      <w:proofErr w:type="spellEnd"/>
      <w:r w:rsidRPr="00B6793E">
        <w:rPr>
          <w:rFonts w:ascii="Times New Roman" w:hAnsi="Times New Roman" w:cs="Times New Roman"/>
          <w:i/>
          <w:sz w:val="20"/>
          <w:szCs w:val="20"/>
        </w:rPr>
        <w:t xml:space="preserve">: </w:t>
      </w:r>
      <w:r w:rsidR="00B6793E" w:rsidRPr="00B6793E">
        <w:rPr>
          <w:rFonts w:ascii="Times New Roman" w:hAnsi="Times New Roman" w:cs="Times New Roman"/>
          <w:i/>
          <w:sz w:val="20"/>
          <w:szCs w:val="20"/>
        </w:rPr>
        <w:t>8-714-2-56-24-28.</w:t>
      </w:r>
    </w:p>
    <w:sectPr w:rsidR="004409D3" w:rsidRPr="00B6793E" w:rsidSect="00034616">
      <w:footerReference w:type="default" r:id="rId9"/>
      <w:pgSz w:w="11906" w:h="16838"/>
      <w:pgMar w:top="879" w:right="964" w:bottom="822" w:left="964" w:header="397" w:footer="3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2B6EA" w14:textId="77777777" w:rsidR="00370B00" w:rsidRDefault="00370B00">
      <w:pPr>
        <w:spacing w:after="0" w:line="240" w:lineRule="auto"/>
      </w:pPr>
      <w:r>
        <w:separator/>
      </w:r>
    </w:p>
  </w:endnote>
  <w:endnote w:type="continuationSeparator" w:id="0">
    <w:p w14:paraId="3C4C5B79" w14:textId="77777777" w:rsidR="00370B00" w:rsidRDefault="00370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917F0" w14:textId="77777777" w:rsidR="004409D3" w:rsidRDefault="006D0D7D">
    <w:pPr>
      <w:pStyle w:val="a7"/>
      <w:jc w:val="right"/>
    </w:pPr>
    <w:proofErr w:type="gramStart"/>
    <w:r>
      <w:rPr>
        <w:color w:val="5F6770"/>
        <w:sz w:val="17"/>
      </w:rPr>
      <w:t>2026  •</w:t>
    </w:r>
    <w:proofErr w:type="gramEnd"/>
    <w:r>
      <w:rPr>
        <w:color w:val="5F6770"/>
        <w:sz w:val="17"/>
      </w:rPr>
      <w:t xml:space="preserve">  </w:t>
    </w:r>
    <w:r>
      <w:rPr>
        <w:color w:val="5F6770"/>
        <w:sz w:val="17"/>
      </w:rPr>
      <w:fldChar w:fldCharType="begin"/>
    </w:r>
    <w:r>
      <w:rPr>
        <w:color w:val="5F6770"/>
        <w:sz w:val="17"/>
      </w:rPr>
      <w:instrText xml:space="preserve"> PAGE </w:instrText>
    </w:r>
    <w:r>
      <w:rPr>
        <w:color w:val="5F6770"/>
        <w:sz w:val="17"/>
      </w:rPr>
      <w:fldChar w:fldCharType="separate"/>
    </w:r>
    <w:r>
      <w:rPr>
        <w:color w:val="5F6770"/>
        <w:sz w:val="17"/>
      </w:rPr>
      <w:t>1</w:t>
    </w:r>
    <w:r>
      <w:rPr>
        <w:color w:val="5F6770"/>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6DB60" w14:textId="77777777" w:rsidR="00370B00" w:rsidRDefault="00370B00">
      <w:pPr>
        <w:spacing w:after="0" w:line="240" w:lineRule="auto"/>
      </w:pPr>
      <w:r>
        <w:separator/>
      </w:r>
    </w:p>
  </w:footnote>
  <w:footnote w:type="continuationSeparator" w:id="0">
    <w:p w14:paraId="75347776" w14:textId="77777777" w:rsidR="00370B00" w:rsidRDefault="00370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1E9A"/>
    <w:rsid w:val="0029639D"/>
    <w:rsid w:val="00326F90"/>
    <w:rsid w:val="00343FC3"/>
    <w:rsid w:val="00370B00"/>
    <w:rsid w:val="004409D3"/>
    <w:rsid w:val="005148C0"/>
    <w:rsid w:val="0057641B"/>
    <w:rsid w:val="005C335A"/>
    <w:rsid w:val="0064604A"/>
    <w:rsid w:val="006D0D7D"/>
    <w:rsid w:val="00732699"/>
    <w:rsid w:val="00741126"/>
    <w:rsid w:val="00850D84"/>
    <w:rsid w:val="008D3048"/>
    <w:rsid w:val="00AA1D8D"/>
    <w:rsid w:val="00B47730"/>
    <w:rsid w:val="00B6793E"/>
    <w:rsid w:val="00B92EA2"/>
    <w:rsid w:val="00BA730D"/>
    <w:rsid w:val="00CB0664"/>
    <w:rsid w:val="00D00B40"/>
    <w:rsid w:val="00EF3A55"/>
    <w:rsid w:val="00FA05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08CEF7"/>
  <w14:defaultImageDpi w14:val="300"/>
  <w15:docId w15:val="{864BEAD8-0CC4-6148-A701-921BBBF4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pPr>
      <w:spacing w:after="80" w:line="259" w:lineRule="auto"/>
    </w:pPr>
    <w:rPr>
      <w:rFonts w:ascii="Arial" w:eastAsia="Arial" w:hAnsi="Arial"/>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1B3754"/>
      <w:sz w:val="32"/>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1B3754"/>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1B3754"/>
      <w:sz w:val="24"/>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B3754"/>
      <w:spacing w:val="5"/>
      <w:kern w:val="28"/>
      <w:sz w:val="36"/>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1B3754"/>
      <w:spacing w:val="15"/>
      <w:sz w:val="23"/>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02912-21E4-4CE2-8D9E-7CCF45821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767</Words>
  <Characters>4377</Characters>
  <Application>Microsoft Office Word</Application>
  <DocSecurity>0</DocSecurity>
  <Lines>36</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«Өнеріміз саған, Қазақстан!» — пресс-релиз</vt:lpstr>
      <vt:lpstr/>
    </vt:vector>
  </TitlesOfParts>
  <Manager/>
  <Company/>
  <LinksUpToDate>false</LinksUpToDate>
  <CharactersWithSpaces>5134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«Өнеріміз саған, Қазақстан!» — пресс-релиз</dc:title>
  <dc:subject>Гала-концерт участников и победителей XXXVIII областного смотра-конкурса-фестиваля</dc:subject>
  <dc:creator>Управление культуры акимата Костанайской области</dc:creator>
  <cp:keywords>Қостанай, Өнеріміз саған Қазақстан, пресс-релиз, 2026</cp:keywords>
  <dc:description>Двуязычная версия: казахский и русский языки.</dc:description>
  <cp:lastModifiedBy>User</cp:lastModifiedBy>
  <cp:revision>11</cp:revision>
  <cp:lastPrinted>2026-07-28T10:00:00Z</cp:lastPrinted>
  <dcterms:created xsi:type="dcterms:W3CDTF">2013-12-23T23:15:00Z</dcterms:created>
  <dcterms:modified xsi:type="dcterms:W3CDTF">2026-07-28T10:56:00Z</dcterms:modified>
  <cp:category/>
</cp:coreProperties>
</file>